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F0143" w14:textId="77777777" w:rsidR="00E644B0" w:rsidRPr="002C50B6" w:rsidRDefault="00DB3176" w:rsidP="002C50B6">
      <w:pPr>
        <w:spacing w:after="0" w:line="240" w:lineRule="auto"/>
        <w:jc w:val="center"/>
        <w:rPr>
          <w:rFonts w:cs="Times New Roman"/>
          <w:sz w:val="24"/>
          <w:szCs w:val="24"/>
        </w:rPr>
      </w:pPr>
      <w:r w:rsidRPr="002C50B6">
        <w:rPr>
          <w:rFonts w:cs="Times New Roman"/>
          <w:b/>
          <w:sz w:val="24"/>
          <w:szCs w:val="24"/>
        </w:rPr>
        <w:t>LĪGUMS Nr. ___</w:t>
      </w:r>
    </w:p>
    <w:p w14:paraId="741AB3D3" w14:textId="117FE510" w:rsidR="002C50B6" w:rsidRPr="002C50B6" w:rsidRDefault="00DB3176" w:rsidP="002C50B6">
      <w:pPr>
        <w:spacing w:line="240" w:lineRule="auto"/>
        <w:jc w:val="center"/>
        <w:rPr>
          <w:rFonts w:cs="Times New Roman"/>
          <w:bCs/>
          <w:i/>
          <w:iCs/>
          <w:sz w:val="24"/>
          <w:szCs w:val="24"/>
        </w:rPr>
      </w:pPr>
      <w:r w:rsidRPr="002C50B6">
        <w:rPr>
          <w:rFonts w:cs="Times New Roman"/>
          <w:bCs/>
          <w:i/>
          <w:iCs/>
          <w:sz w:val="24"/>
          <w:szCs w:val="24"/>
        </w:rPr>
        <w:t xml:space="preserve">par </w:t>
      </w:r>
      <w:proofErr w:type="spellStart"/>
      <w:r w:rsidRPr="002C50B6">
        <w:rPr>
          <w:rFonts w:cs="Times New Roman"/>
          <w:bCs/>
          <w:i/>
          <w:iCs/>
          <w:sz w:val="24"/>
          <w:szCs w:val="24"/>
        </w:rPr>
        <w:t>telpu</w:t>
      </w:r>
      <w:proofErr w:type="spellEnd"/>
      <w:r w:rsidRPr="002C50B6">
        <w:rPr>
          <w:rFonts w:cs="Times New Roman"/>
          <w:bCs/>
          <w:i/>
          <w:iCs/>
          <w:sz w:val="24"/>
          <w:szCs w:val="24"/>
        </w:rPr>
        <w:t xml:space="preserve"> Madonas </w:t>
      </w:r>
      <w:proofErr w:type="spellStart"/>
      <w:r w:rsidRPr="002C50B6">
        <w:rPr>
          <w:rFonts w:cs="Times New Roman"/>
          <w:bCs/>
          <w:i/>
          <w:iCs/>
          <w:sz w:val="24"/>
          <w:szCs w:val="24"/>
        </w:rPr>
        <w:t>pilsētas</w:t>
      </w:r>
      <w:proofErr w:type="spellEnd"/>
      <w:r w:rsidRPr="002C50B6">
        <w:rPr>
          <w:rFonts w:cs="Times New Roman"/>
          <w:bCs/>
          <w:i/>
          <w:iCs/>
          <w:sz w:val="24"/>
          <w:szCs w:val="24"/>
        </w:rPr>
        <w:t xml:space="preserve"> </w:t>
      </w:r>
      <w:proofErr w:type="spellStart"/>
      <w:r w:rsidRPr="002C50B6">
        <w:rPr>
          <w:rFonts w:cs="Times New Roman"/>
          <w:bCs/>
          <w:i/>
          <w:iCs/>
          <w:sz w:val="24"/>
          <w:szCs w:val="24"/>
        </w:rPr>
        <w:t>pirmsskolas</w:t>
      </w:r>
      <w:proofErr w:type="spellEnd"/>
      <w:r w:rsidRPr="002C50B6">
        <w:rPr>
          <w:rFonts w:cs="Times New Roman"/>
          <w:bCs/>
          <w:i/>
          <w:iCs/>
          <w:sz w:val="24"/>
          <w:szCs w:val="24"/>
        </w:rPr>
        <w:t xml:space="preserve"> </w:t>
      </w:r>
      <w:proofErr w:type="spellStart"/>
      <w:r w:rsidRPr="002C50B6">
        <w:rPr>
          <w:rFonts w:cs="Times New Roman"/>
          <w:bCs/>
          <w:i/>
          <w:iCs/>
          <w:sz w:val="24"/>
          <w:szCs w:val="24"/>
        </w:rPr>
        <w:t>izglītības</w:t>
      </w:r>
      <w:proofErr w:type="spellEnd"/>
      <w:r w:rsidRPr="002C50B6">
        <w:rPr>
          <w:rFonts w:cs="Times New Roman"/>
          <w:bCs/>
          <w:i/>
          <w:iCs/>
          <w:sz w:val="24"/>
          <w:szCs w:val="24"/>
        </w:rPr>
        <w:t xml:space="preserve"> </w:t>
      </w:r>
      <w:proofErr w:type="spellStart"/>
      <w:r w:rsidRPr="002C50B6">
        <w:rPr>
          <w:rFonts w:cs="Times New Roman"/>
          <w:bCs/>
          <w:i/>
          <w:iCs/>
          <w:sz w:val="24"/>
          <w:szCs w:val="24"/>
        </w:rPr>
        <w:t>iestādē</w:t>
      </w:r>
      <w:proofErr w:type="spellEnd"/>
      <w:r w:rsidRPr="002C50B6">
        <w:rPr>
          <w:rFonts w:cs="Times New Roman"/>
          <w:bCs/>
          <w:i/>
          <w:iCs/>
          <w:sz w:val="24"/>
          <w:szCs w:val="24"/>
        </w:rPr>
        <w:t xml:space="preserve"> "</w:t>
      </w:r>
      <w:proofErr w:type="spellStart"/>
      <w:r w:rsidRPr="002C50B6">
        <w:rPr>
          <w:rFonts w:cs="Times New Roman"/>
          <w:bCs/>
          <w:i/>
          <w:iCs/>
          <w:sz w:val="24"/>
          <w:szCs w:val="24"/>
        </w:rPr>
        <w:t>Priedīte</w:t>
      </w:r>
      <w:proofErr w:type="spellEnd"/>
      <w:r w:rsidRPr="002C50B6">
        <w:rPr>
          <w:rFonts w:cs="Times New Roman"/>
          <w:bCs/>
          <w:i/>
          <w:iCs/>
          <w:sz w:val="24"/>
          <w:szCs w:val="24"/>
        </w:rPr>
        <w:t xml:space="preserve">" </w:t>
      </w:r>
      <w:proofErr w:type="spellStart"/>
      <w:r w:rsidRPr="002C50B6">
        <w:rPr>
          <w:rFonts w:cs="Times New Roman"/>
          <w:bCs/>
          <w:i/>
          <w:iCs/>
          <w:sz w:val="24"/>
          <w:szCs w:val="24"/>
        </w:rPr>
        <w:t>Valmieras</w:t>
      </w:r>
      <w:proofErr w:type="spellEnd"/>
      <w:r w:rsidRPr="002C50B6">
        <w:rPr>
          <w:rFonts w:cs="Times New Roman"/>
          <w:bCs/>
          <w:i/>
          <w:iCs/>
          <w:sz w:val="24"/>
          <w:szCs w:val="24"/>
        </w:rPr>
        <w:t xml:space="preserve"> </w:t>
      </w:r>
      <w:proofErr w:type="spellStart"/>
      <w:r w:rsidRPr="002C50B6">
        <w:rPr>
          <w:rFonts w:cs="Times New Roman"/>
          <w:bCs/>
          <w:i/>
          <w:iCs/>
          <w:sz w:val="24"/>
          <w:szCs w:val="24"/>
        </w:rPr>
        <w:t>ielā</w:t>
      </w:r>
      <w:proofErr w:type="spellEnd"/>
      <w:r w:rsidRPr="002C50B6">
        <w:rPr>
          <w:rFonts w:cs="Times New Roman"/>
          <w:bCs/>
          <w:i/>
          <w:iCs/>
          <w:sz w:val="24"/>
          <w:szCs w:val="24"/>
        </w:rPr>
        <w:t xml:space="preserve"> 17, </w:t>
      </w:r>
      <w:proofErr w:type="spellStart"/>
      <w:r w:rsidRPr="002C50B6">
        <w:rPr>
          <w:rFonts w:cs="Times New Roman"/>
          <w:bCs/>
          <w:i/>
          <w:iCs/>
          <w:sz w:val="24"/>
          <w:szCs w:val="24"/>
        </w:rPr>
        <w:t>Madonā</w:t>
      </w:r>
      <w:proofErr w:type="spellEnd"/>
      <w:r w:rsidRPr="002C50B6">
        <w:rPr>
          <w:rFonts w:cs="Times New Roman"/>
          <w:bCs/>
          <w:i/>
          <w:iCs/>
          <w:sz w:val="24"/>
          <w:szCs w:val="24"/>
        </w:rPr>
        <w:t xml:space="preserve">, </w:t>
      </w:r>
      <w:proofErr w:type="spellStart"/>
      <w:r w:rsidRPr="002C50B6">
        <w:rPr>
          <w:rFonts w:cs="Times New Roman"/>
          <w:bCs/>
          <w:i/>
          <w:iCs/>
          <w:sz w:val="24"/>
          <w:szCs w:val="24"/>
        </w:rPr>
        <w:t>nodošanu</w:t>
      </w:r>
      <w:proofErr w:type="spellEnd"/>
      <w:r w:rsidRPr="002C50B6">
        <w:rPr>
          <w:rFonts w:cs="Times New Roman"/>
          <w:bCs/>
          <w:i/>
          <w:iCs/>
          <w:sz w:val="24"/>
          <w:szCs w:val="24"/>
        </w:rPr>
        <w:t xml:space="preserve"> </w:t>
      </w:r>
      <w:proofErr w:type="spellStart"/>
      <w:r w:rsidRPr="002C50B6">
        <w:rPr>
          <w:rFonts w:cs="Times New Roman"/>
          <w:bCs/>
          <w:i/>
          <w:iCs/>
          <w:sz w:val="24"/>
          <w:szCs w:val="24"/>
        </w:rPr>
        <w:t>bezatlīdzības</w:t>
      </w:r>
      <w:proofErr w:type="spellEnd"/>
      <w:r w:rsidRPr="002C50B6">
        <w:rPr>
          <w:rFonts w:cs="Times New Roman"/>
          <w:bCs/>
          <w:i/>
          <w:iCs/>
          <w:sz w:val="24"/>
          <w:szCs w:val="24"/>
        </w:rPr>
        <w:t xml:space="preserve"> </w:t>
      </w:r>
      <w:proofErr w:type="spellStart"/>
      <w:r w:rsidRPr="002C50B6">
        <w:rPr>
          <w:rFonts w:cs="Times New Roman"/>
          <w:bCs/>
          <w:i/>
          <w:iCs/>
          <w:sz w:val="24"/>
          <w:szCs w:val="24"/>
        </w:rPr>
        <w:t>lietošanā</w:t>
      </w:r>
      <w:proofErr w:type="spellEnd"/>
    </w:p>
    <w:p w14:paraId="08D2E762" w14:textId="77777777" w:rsidR="002C50B6" w:rsidRPr="002C50B6" w:rsidRDefault="002C50B6" w:rsidP="002C50B6">
      <w:pPr>
        <w:spacing w:line="240" w:lineRule="auto"/>
        <w:jc w:val="center"/>
        <w:rPr>
          <w:rFonts w:cs="Times New Roman"/>
          <w:b/>
          <w:sz w:val="24"/>
          <w:szCs w:val="24"/>
        </w:rPr>
      </w:pPr>
    </w:p>
    <w:tbl>
      <w:tblPr>
        <w:tblStyle w:val="Reatabula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7"/>
        <w:gridCol w:w="4173"/>
      </w:tblGrid>
      <w:tr w:rsidR="002C50B6" w:rsidRPr="002C50B6" w14:paraId="12568AB9" w14:textId="77777777" w:rsidTr="002C50B6">
        <w:tc>
          <w:tcPr>
            <w:tcW w:w="5529" w:type="dxa"/>
            <w:vAlign w:val="center"/>
          </w:tcPr>
          <w:p w14:paraId="5255111B" w14:textId="77777777" w:rsidR="002C50B6" w:rsidRPr="002C50B6" w:rsidRDefault="002C50B6" w:rsidP="002C50B6">
            <w:pPr>
              <w:spacing w:after="0"/>
              <w:rPr>
                <w:rFonts w:eastAsia="Times New Roman" w:cs="Times New Roman"/>
                <w:bCs/>
                <w:sz w:val="24"/>
                <w:szCs w:val="24"/>
              </w:rPr>
            </w:pPr>
            <w:r w:rsidRPr="002C50B6">
              <w:rPr>
                <w:rFonts w:eastAsia="Times New Roman" w:cs="Times New Roman"/>
                <w:bCs/>
                <w:sz w:val="24"/>
                <w:szCs w:val="24"/>
              </w:rPr>
              <w:t>Madonā</w:t>
            </w:r>
          </w:p>
        </w:tc>
        <w:tc>
          <w:tcPr>
            <w:tcW w:w="4252" w:type="dxa"/>
            <w:vAlign w:val="center"/>
          </w:tcPr>
          <w:p w14:paraId="247E0A1C" w14:textId="77777777" w:rsidR="002C50B6" w:rsidRPr="002C50B6" w:rsidRDefault="002C50B6" w:rsidP="002C50B6">
            <w:pPr>
              <w:spacing w:after="0"/>
              <w:rPr>
                <w:rFonts w:eastAsia="Times New Roman" w:cs="Times New Roman"/>
                <w:bCs/>
                <w:i/>
                <w:iCs/>
              </w:rPr>
            </w:pPr>
            <w:r w:rsidRPr="002C50B6">
              <w:rPr>
                <w:rFonts w:eastAsia="Times New Roman" w:cs="Times New Roman"/>
                <w:bCs/>
                <w:i/>
                <w:iCs/>
              </w:rPr>
              <w:t>Dokumenta datums ir tā pēdējā drošā elektroniskā paraksta laika zīmoga datums</w:t>
            </w:r>
          </w:p>
        </w:tc>
      </w:tr>
    </w:tbl>
    <w:p w14:paraId="69402CF2" w14:textId="1CFEF50A" w:rsidR="002C50B6" w:rsidRDefault="00DB3176" w:rsidP="002C50B6">
      <w:pPr>
        <w:spacing w:before="240" w:after="0" w:line="240" w:lineRule="auto"/>
        <w:jc w:val="both"/>
        <w:rPr>
          <w:rFonts w:cs="Times New Roman"/>
          <w:sz w:val="24"/>
          <w:szCs w:val="24"/>
        </w:rPr>
      </w:pPr>
      <w:r w:rsidRPr="002C50B6">
        <w:rPr>
          <w:rFonts w:cs="Times New Roman"/>
          <w:b/>
          <w:sz w:val="24"/>
          <w:szCs w:val="24"/>
        </w:rPr>
        <w:t xml:space="preserve">Madonas novada </w:t>
      </w:r>
      <w:r w:rsidRPr="002C50B6">
        <w:rPr>
          <w:rFonts w:cs="Times New Roman"/>
          <w:b/>
          <w:sz w:val="24"/>
          <w:szCs w:val="24"/>
        </w:rPr>
        <w:t>pašvaldība</w:t>
      </w:r>
      <w:r w:rsidRPr="002C50B6">
        <w:rPr>
          <w:rFonts w:cs="Times New Roman"/>
          <w:sz w:val="24"/>
          <w:szCs w:val="24"/>
        </w:rPr>
        <w:t xml:space="preserve">, </w:t>
      </w:r>
      <w:proofErr w:type="spellStart"/>
      <w:r w:rsidRPr="002C50B6">
        <w:rPr>
          <w:rFonts w:cs="Times New Roman"/>
          <w:sz w:val="24"/>
          <w:szCs w:val="24"/>
        </w:rPr>
        <w:t>reģistrācijas</w:t>
      </w:r>
      <w:proofErr w:type="spellEnd"/>
      <w:r w:rsidRPr="002C50B6">
        <w:rPr>
          <w:rFonts w:cs="Times New Roman"/>
          <w:sz w:val="24"/>
          <w:szCs w:val="24"/>
        </w:rPr>
        <w:t xml:space="preserve"> Nr. 90000054572, adrese: Saieta laukums 1, Madona, Madonas </w:t>
      </w:r>
      <w:proofErr w:type="spellStart"/>
      <w:r w:rsidRPr="002C50B6">
        <w:rPr>
          <w:rFonts w:cs="Times New Roman"/>
          <w:sz w:val="24"/>
          <w:szCs w:val="24"/>
        </w:rPr>
        <w:t>novads</w:t>
      </w:r>
      <w:proofErr w:type="spellEnd"/>
      <w:r w:rsidRPr="002C50B6">
        <w:rPr>
          <w:rFonts w:cs="Times New Roman"/>
          <w:sz w:val="24"/>
          <w:szCs w:val="24"/>
        </w:rPr>
        <w:t xml:space="preserve">, LV-4801, </w:t>
      </w:r>
      <w:proofErr w:type="spellStart"/>
      <w:r w:rsidR="00933C6A" w:rsidRPr="00933C6A">
        <w:rPr>
          <w:rFonts w:cs="Times New Roman"/>
          <w:sz w:val="24"/>
          <w:szCs w:val="24"/>
        </w:rPr>
        <w:t>kuras</w:t>
      </w:r>
      <w:proofErr w:type="spellEnd"/>
      <w:r w:rsidR="00933C6A" w:rsidRPr="00933C6A">
        <w:rPr>
          <w:rFonts w:cs="Times New Roman"/>
          <w:sz w:val="24"/>
          <w:szCs w:val="24"/>
        </w:rPr>
        <w:t xml:space="preserve"> </w:t>
      </w:r>
      <w:proofErr w:type="spellStart"/>
      <w:r w:rsidR="00933C6A" w:rsidRPr="00933C6A">
        <w:rPr>
          <w:rFonts w:cs="Times New Roman"/>
          <w:sz w:val="24"/>
          <w:szCs w:val="24"/>
        </w:rPr>
        <w:t>vārdā</w:t>
      </w:r>
      <w:proofErr w:type="spellEnd"/>
      <w:r w:rsidR="00933C6A" w:rsidRPr="00933C6A">
        <w:rPr>
          <w:rFonts w:cs="Times New Roman"/>
          <w:sz w:val="24"/>
          <w:szCs w:val="24"/>
        </w:rPr>
        <w:t xml:space="preserve"> </w:t>
      </w:r>
      <w:proofErr w:type="spellStart"/>
      <w:r w:rsidR="00933C6A" w:rsidRPr="00933C6A">
        <w:rPr>
          <w:rFonts w:cs="Times New Roman"/>
          <w:sz w:val="24"/>
          <w:szCs w:val="24"/>
        </w:rPr>
        <w:t>saskaņā</w:t>
      </w:r>
      <w:proofErr w:type="spellEnd"/>
      <w:r w:rsidR="00933C6A" w:rsidRPr="00933C6A">
        <w:rPr>
          <w:rFonts w:cs="Times New Roman"/>
          <w:sz w:val="24"/>
          <w:szCs w:val="24"/>
        </w:rPr>
        <w:t xml:space="preserve"> </w:t>
      </w:r>
      <w:proofErr w:type="spellStart"/>
      <w:r w:rsidR="00933C6A" w:rsidRPr="00933C6A">
        <w:rPr>
          <w:rFonts w:cs="Times New Roman"/>
          <w:sz w:val="24"/>
          <w:szCs w:val="24"/>
        </w:rPr>
        <w:t>ar</w:t>
      </w:r>
      <w:proofErr w:type="spellEnd"/>
      <w:r w:rsidR="00933C6A" w:rsidRPr="00933C6A">
        <w:rPr>
          <w:rFonts w:cs="Times New Roman"/>
          <w:sz w:val="24"/>
          <w:szCs w:val="24"/>
        </w:rPr>
        <w:t xml:space="preserve"> </w:t>
      </w:r>
      <w:proofErr w:type="spellStart"/>
      <w:r w:rsidR="00933C6A" w:rsidRPr="00933C6A">
        <w:rPr>
          <w:rFonts w:cs="Times New Roman"/>
          <w:sz w:val="24"/>
          <w:szCs w:val="24"/>
        </w:rPr>
        <w:t>Pašvaldību</w:t>
      </w:r>
      <w:proofErr w:type="spellEnd"/>
      <w:r w:rsidR="00933C6A" w:rsidRPr="00933C6A">
        <w:rPr>
          <w:rFonts w:cs="Times New Roman"/>
          <w:sz w:val="24"/>
          <w:szCs w:val="24"/>
        </w:rPr>
        <w:t xml:space="preserve"> </w:t>
      </w:r>
      <w:proofErr w:type="spellStart"/>
      <w:r w:rsidR="00933C6A" w:rsidRPr="00933C6A">
        <w:rPr>
          <w:rFonts w:cs="Times New Roman"/>
          <w:sz w:val="24"/>
          <w:szCs w:val="24"/>
        </w:rPr>
        <w:t>likumu</w:t>
      </w:r>
      <w:proofErr w:type="spellEnd"/>
      <w:r w:rsidR="00933C6A" w:rsidRPr="00933C6A">
        <w:rPr>
          <w:rFonts w:cs="Times New Roman"/>
          <w:sz w:val="24"/>
          <w:szCs w:val="24"/>
        </w:rPr>
        <w:t xml:space="preserve"> un Madonas novada </w:t>
      </w:r>
      <w:proofErr w:type="spellStart"/>
      <w:r w:rsidR="00933C6A" w:rsidRPr="00933C6A">
        <w:rPr>
          <w:rFonts w:cs="Times New Roman"/>
          <w:sz w:val="24"/>
          <w:szCs w:val="24"/>
        </w:rPr>
        <w:t>pašvaldības</w:t>
      </w:r>
      <w:proofErr w:type="spellEnd"/>
      <w:r w:rsidR="00933C6A" w:rsidRPr="00933C6A">
        <w:rPr>
          <w:rFonts w:cs="Times New Roman"/>
          <w:sz w:val="24"/>
          <w:szCs w:val="24"/>
        </w:rPr>
        <w:t xml:space="preserve"> </w:t>
      </w:r>
      <w:proofErr w:type="spellStart"/>
      <w:r w:rsidR="00933C6A" w:rsidRPr="00933C6A">
        <w:rPr>
          <w:rFonts w:cs="Times New Roman"/>
          <w:sz w:val="24"/>
          <w:szCs w:val="24"/>
        </w:rPr>
        <w:t>saistošajiem</w:t>
      </w:r>
      <w:proofErr w:type="spellEnd"/>
      <w:r w:rsidR="00933C6A" w:rsidRPr="00933C6A">
        <w:rPr>
          <w:rFonts w:cs="Times New Roman"/>
          <w:sz w:val="24"/>
          <w:szCs w:val="24"/>
        </w:rPr>
        <w:t xml:space="preserve"> </w:t>
      </w:r>
      <w:proofErr w:type="spellStart"/>
      <w:r w:rsidR="00933C6A" w:rsidRPr="00933C6A">
        <w:rPr>
          <w:rFonts w:cs="Times New Roman"/>
          <w:sz w:val="24"/>
          <w:szCs w:val="24"/>
        </w:rPr>
        <w:t>noteikumiem</w:t>
      </w:r>
      <w:proofErr w:type="spellEnd"/>
      <w:r w:rsidR="00933C6A" w:rsidRPr="00933C6A">
        <w:rPr>
          <w:rFonts w:cs="Times New Roman"/>
          <w:sz w:val="24"/>
          <w:szCs w:val="24"/>
        </w:rPr>
        <w:t xml:space="preserve"> Nr. 1 “Madonas novada </w:t>
      </w:r>
      <w:proofErr w:type="spellStart"/>
      <w:r w:rsidR="00933C6A" w:rsidRPr="00933C6A">
        <w:rPr>
          <w:rFonts w:cs="Times New Roman"/>
          <w:sz w:val="24"/>
          <w:szCs w:val="24"/>
        </w:rPr>
        <w:t>pašvaldības</w:t>
      </w:r>
      <w:proofErr w:type="spellEnd"/>
      <w:r w:rsidR="00933C6A" w:rsidRPr="00933C6A">
        <w:rPr>
          <w:rFonts w:cs="Times New Roman"/>
          <w:sz w:val="24"/>
          <w:szCs w:val="24"/>
        </w:rPr>
        <w:t xml:space="preserve"> </w:t>
      </w:r>
      <w:proofErr w:type="spellStart"/>
      <w:r w:rsidR="00933C6A" w:rsidRPr="00933C6A">
        <w:rPr>
          <w:rFonts w:cs="Times New Roman"/>
          <w:sz w:val="24"/>
          <w:szCs w:val="24"/>
        </w:rPr>
        <w:t>nolikums</w:t>
      </w:r>
      <w:proofErr w:type="spellEnd"/>
      <w:r w:rsidR="00933C6A" w:rsidRPr="00933C6A">
        <w:rPr>
          <w:rFonts w:cs="Times New Roman"/>
          <w:sz w:val="24"/>
          <w:szCs w:val="24"/>
        </w:rPr>
        <w:t xml:space="preserve">” </w:t>
      </w:r>
      <w:proofErr w:type="spellStart"/>
      <w:r w:rsidR="00933C6A" w:rsidRPr="00933C6A">
        <w:rPr>
          <w:rFonts w:cs="Times New Roman"/>
          <w:sz w:val="24"/>
          <w:szCs w:val="24"/>
        </w:rPr>
        <w:t>darbojas</w:t>
      </w:r>
      <w:proofErr w:type="spellEnd"/>
      <w:r w:rsidR="00933C6A" w:rsidRPr="00933C6A">
        <w:rPr>
          <w:rFonts w:cs="Times New Roman"/>
          <w:sz w:val="24"/>
          <w:szCs w:val="24"/>
        </w:rPr>
        <w:t xml:space="preserve"> </w:t>
      </w:r>
      <w:proofErr w:type="spellStart"/>
      <w:r w:rsidR="00933C6A" w:rsidRPr="00933C6A">
        <w:rPr>
          <w:rFonts w:cs="Times New Roman"/>
          <w:sz w:val="24"/>
          <w:szCs w:val="24"/>
        </w:rPr>
        <w:t>pašvaldības</w:t>
      </w:r>
      <w:proofErr w:type="spellEnd"/>
      <w:r w:rsidR="00933C6A" w:rsidRPr="00933C6A">
        <w:rPr>
          <w:rFonts w:cs="Times New Roman"/>
          <w:sz w:val="24"/>
          <w:szCs w:val="24"/>
        </w:rPr>
        <w:t xml:space="preserve"> </w:t>
      </w:r>
      <w:proofErr w:type="spellStart"/>
      <w:r w:rsidR="00933C6A" w:rsidRPr="00933C6A">
        <w:rPr>
          <w:rFonts w:cs="Times New Roman"/>
          <w:sz w:val="24"/>
          <w:szCs w:val="24"/>
        </w:rPr>
        <w:t>izpilddirektors</w:t>
      </w:r>
      <w:proofErr w:type="spellEnd"/>
      <w:r w:rsidR="00933C6A" w:rsidRPr="00933C6A">
        <w:rPr>
          <w:rFonts w:cs="Times New Roman"/>
          <w:sz w:val="24"/>
          <w:szCs w:val="24"/>
        </w:rPr>
        <w:t xml:space="preserve"> Uģis </w:t>
      </w:r>
      <w:r w:rsidR="00933C6A">
        <w:rPr>
          <w:rFonts w:cs="Times New Roman"/>
          <w:sz w:val="24"/>
          <w:szCs w:val="24"/>
        </w:rPr>
        <w:t>Fjodorovs</w:t>
      </w:r>
      <w:r w:rsidRPr="002C50B6">
        <w:rPr>
          <w:rFonts w:cs="Times New Roman"/>
          <w:sz w:val="24"/>
          <w:szCs w:val="24"/>
        </w:rPr>
        <w:t xml:space="preserve">, </w:t>
      </w:r>
      <w:proofErr w:type="spellStart"/>
      <w:r w:rsidRPr="002C50B6">
        <w:rPr>
          <w:rFonts w:cs="Times New Roman"/>
          <w:sz w:val="24"/>
          <w:szCs w:val="24"/>
        </w:rPr>
        <w:t>turpmāk</w:t>
      </w:r>
      <w:proofErr w:type="spellEnd"/>
      <w:r w:rsidRPr="002C50B6">
        <w:rPr>
          <w:rFonts w:cs="Times New Roman"/>
          <w:sz w:val="24"/>
          <w:szCs w:val="24"/>
        </w:rPr>
        <w:t xml:space="preserve"> </w:t>
      </w:r>
      <w:proofErr w:type="spellStart"/>
      <w:r w:rsidRPr="002C50B6">
        <w:rPr>
          <w:rFonts w:cs="Times New Roman"/>
          <w:sz w:val="24"/>
          <w:szCs w:val="24"/>
        </w:rPr>
        <w:t>tekstā</w:t>
      </w:r>
      <w:proofErr w:type="spellEnd"/>
      <w:r w:rsidRPr="002C50B6">
        <w:rPr>
          <w:rFonts w:cs="Times New Roman"/>
          <w:sz w:val="24"/>
          <w:szCs w:val="24"/>
        </w:rPr>
        <w:t xml:space="preserve"> – Pašvaldība, no </w:t>
      </w:r>
      <w:proofErr w:type="spellStart"/>
      <w:r w:rsidRPr="002C50B6">
        <w:rPr>
          <w:rFonts w:cs="Times New Roman"/>
          <w:sz w:val="24"/>
          <w:szCs w:val="24"/>
        </w:rPr>
        <w:t>vienas</w:t>
      </w:r>
      <w:proofErr w:type="spellEnd"/>
      <w:r w:rsidRPr="002C50B6">
        <w:rPr>
          <w:rFonts w:cs="Times New Roman"/>
          <w:sz w:val="24"/>
          <w:szCs w:val="24"/>
        </w:rPr>
        <w:t xml:space="preserve"> </w:t>
      </w:r>
      <w:proofErr w:type="spellStart"/>
      <w:r w:rsidRPr="002C50B6">
        <w:rPr>
          <w:rFonts w:cs="Times New Roman"/>
          <w:sz w:val="24"/>
          <w:szCs w:val="24"/>
        </w:rPr>
        <w:t>puses</w:t>
      </w:r>
      <w:proofErr w:type="spellEnd"/>
      <w:r w:rsidRPr="002C50B6">
        <w:rPr>
          <w:rFonts w:cs="Times New Roman"/>
          <w:sz w:val="24"/>
          <w:szCs w:val="24"/>
        </w:rPr>
        <w:t>, un</w:t>
      </w:r>
    </w:p>
    <w:p w14:paraId="0BD2C5D8" w14:textId="77777777" w:rsidR="002C50B6" w:rsidRDefault="00DB3176" w:rsidP="002C50B6">
      <w:pPr>
        <w:spacing w:before="240" w:after="0" w:line="240" w:lineRule="auto"/>
        <w:jc w:val="both"/>
        <w:rPr>
          <w:rFonts w:cs="Times New Roman"/>
          <w:sz w:val="24"/>
          <w:szCs w:val="24"/>
        </w:rPr>
      </w:pPr>
      <w:proofErr w:type="spellStart"/>
      <w:r w:rsidRPr="002C50B6">
        <w:rPr>
          <w:rFonts w:cs="Times New Roman"/>
          <w:b/>
          <w:sz w:val="24"/>
          <w:szCs w:val="24"/>
        </w:rPr>
        <w:t>Sociālais</w:t>
      </w:r>
      <w:proofErr w:type="spellEnd"/>
      <w:r w:rsidRPr="002C50B6">
        <w:rPr>
          <w:rFonts w:cs="Times New Roman"/>
          <w:b/>
          <w:sz w:val="24"/>
          <w:szCs w:val="24"/>
        </w:rPr>
        <w:t xml:space="preserve"> </w:t>
      </w:r>
      <w:proofErr w:type="spellStart"/>
      <w:r w:rsidRPr="002C50B6">
        <w:rPr>
          <w:rFonts w:cs="Times New Roman"/>
          <w:b/>
          <w:sz w:val="24"/>
          <w:szCs w:val="24"/>
        </w:rPr>
        <w:t>uzņēmums</w:t>
      </w:r>
      <w:proofErr w:type="spellEnd"/>
      <w:r w:rsidRPr="002C50B6">
        <w:rPr>
          <w:rFonts w:cs="Times New Roman"/>
          <w:b/>
          <w:sz w:val="24"/>
          <w:szCs w:val="24"/>
        </w:rPr>
        <w:t xml:space="preserve"> SIA "EVO Group"</w:t>
      </w:r>
      <w:r w:rsidRPr="002C50B6">
        <w:rPr>
          <w:rFonts w:cs="Times New Roman"/>
          <w:sz w:val="24"/>
          <w:szCs w:val="24"/>
        </w:rPr>
        <w:t xml:space="preserve">, reģistrācijas Nr. 40203361341, </w:t>
      </w:r>
      <w:proofErr w:type="spellStart"/>
      <w:r w:rsidRPr="002C50B6">
        <w:rPr>
          <w:rFonts w:cs="Times New Roman"/>
          <w:sz w:val="24"/>
          <w:szCs w:val="24"/>
        </w:rPr>
        <w:t>juridiskā</w:t>
      </w:r>
      <w:proofErr w:type="spellEnd"/>
      <w:r w:rsidRPr="002C50B6">
        <w:rPr>
          <w:rFonts w:cs="Times New Roman"/>
          <w:sz w:val="24"/>
          <w:szCs w:val="24"/>
        </w:rPr>
        <w:t xml:space="preserve"> </w:t>
      </w:r>
      <w:proofErr w:type="spellStart"/>
      <w:r w:rsidRPr="002C50B6">
        <w:rPr>
          <w:rFonts w:cs="Times New Roman"/>
          <w:sz w:val="24"/>
          <w:szCs w:val="24"/>
        </w:rPr>
        <w:t>adrese</w:t>
      </w:r>
      <w:proofErr w:type="spellEnd"/>
      <w:r w:rsidRPr="002C50B6">
        <w:rPr>
          <w:rFonts w:cs="Times New Roman"/>
          <w:sz w:val="24"/>
          <w:szCs w:val="24"/>
        </w:rPr>
        <w:t xml:space="preserve">: </w:t>
      </w:r>
      <w:proofErr w:type="spellStart"/>
      <w:r w:rsidRPr="002C50B6">
        <w:rPr>
          <w:rFonts w:cs="Times New Roman"/>
          <w:sz w:val="24"/>
          <w:szCs w:val="24"/>
        </w:rPr>
        <w:t>Avotkalnu</w:t>
      </w:r>
      <w:proofErr w:type="spellEnd"/>
      <w:r w:rsidRPr="002C50B6">
        <w:rPr>
          <w:rFonts w:cs="Times New Roman"/>
          <w:sz w:val="24"/>
          <w:szCs w:val="24"/>
        </w:rPr>
        <w:t xml:space="preserve"> </w:t>
      </w:r>
      <w:proofErr w:type="spellStart"/>
      <w:r w:rsidRPr="002C50B6">
        <w:rPr>
          <w:rFonts w:cs="Times New Roman"/>
          <w:sz w:val="24"/>
          <w:szCs w:val="24"/>
        </w:rPr>
        <w:t>iela</w:t>
      </w:r>
      <w:proofErr w:type="spellEnd"/>
      <w:r w:rsidRPr="002C50B6">
        <w:rPr>
          <w:rFonts w:cs="Times New Roman"/>
          <w:sz w:val="24"/>
          <w:szCs w:val="24"/>
        </w:rPr>
        <w:t xml:space="preserve"> 13, </w:t>
      </w:r>
      <w:proofErr w:type="spellStart"/>
      <w:r w:rsidRPr="002C50B6">
        <w:rPr>
          <w:rFonts w:cs="Times New Roman"/>
          <w:sz w:val="24"/>
          <w:szCs w:val="24"/>
        </w:rPr>
        <w:t>Inčukalns</w:t>
      </w:r>
      <w:proofErr w:type="spellEnd"/>
      <w:r w:rsidRPr="002C50B6">
        <w:rPr>
          <w:rFonts w:cs="Times New Roman"/>
          <w:sz w:val="24"/>
          <w:szCs w:val="24"/>
        </w:rPr>
        <w:t xml:space="preserve">, </w:t>
      </w:r>
      <w:proofErr w:type="spellStart"/>
      <w:r w:rsidRPr="002C50B6">
        <w:rPr>
          <w:rFonts w:cs="Times New Roman"/>
          <w:sz w:val="24"/>
          <w:szCs w:val="24"/>
        </w:rPr>
        <w:t>Inčukalna</w:t>
      </w:r>
      <w:proofErr w:type="spellEnd"/>
      <w:r w:rsidRPr="002C50B6">
        <w:rPr>
          <w:rFonts w:cs="Times New Roman"/>
          <w:sz w:val="24"/>
          <w:szCs w:val="24"/>
        </w:rPr>
        <w:t xml:space="preserve"> pagasts, </w:t>
      </w:r>
      <w:proofErr w:type="spellStart"/>
      <w:r w:rsidRPr="002C50B6">
        <w:rPr>
          <w:rFonts w:cs="Times New Roman"/>
          <w:sz w:val="24"/>
          <w:szCs w:val="24"/>
        </w:rPr>
        <w:t>Siguldas</w:t>
      </w:r>
      <w:proofErr w:type="spellEnd"/>
      <w:r w:rsidRPr="002C50B6">
        <w:rPr>
          <w:rFonts w:cs="Times New Roman"/>
          <w:sz w:val="24"/>
          <w:szCs w:val="24"/>
        </w:rPr>
        <w:t xml:space="preserve"> </w:t>
      </w:r>
      <w:proofErr w:type="spellStart"/>
      <w:r w:rsidRPr="002C50B6">
        <w:rPr>
          <w:rFonts w:cs="Times New Roman"/>
          <w:sz w:val="24"/>
          <w:szCs w:val="24"/>
        </w:rPr>
        <w:t>novads</w:t>
      </w:r>
      <w:proofErr w:type="spellEnd"/>
      <w:r w:rsidRPr="002C50B6">
        <w:rPr>
          <w:rFonts w:cs="Times New Roman"/>
          <w:sz w:val="24"/>
          <w:szCs w:val="24"/>
        </w:rPr>
        <w:t xml:space="preserve">, LV-2141, kuru </w:t>
      </w:r>
      <w:proofErr w:type="spellStart"/>
      <w:r w:rsidRPr="002C50B6">
        <w:rPr>
          <w:rFonts w:cs="Times New Roman"/>
          <w:sz w:val="24"/>
          <w:szCs w:val="24"/>
        </w:rPr>
        <w:t>pārstāv</w:t>
      </w:r>
      <w:proofErr w:type="spellEnd"/>
      <w:r w:rsidRPr="002C50B6">
        <w:rPr>
          <w:rFonts w:cs="Times New Roman"/>
          <w:sz w:val="24"/>
          <w:szCs w:val="24"/>
        </w:rPr>
        <w:t xml:space="preserve"> </w:t>
      </w:r>
      <w:proofErr w:type="spellStart"/>
      <w:r w:rsidRPr="002C50B6">
        <w:rPr>
          <w:rFonts w:cs="Times New Roman"/>
          <w:sz w:val="24"/>
          <w:szCs w:val="24"/>
        </w:rPr>
        <w:t>tās</w:t>
      </w:r>
      <w:proofErr w:type="spellEnd"/>
      <w:r w:rsidRPr="002C50B6">
        <w:rPr>
          <w:rFonts w:cs="Times New Roman"/>
          <w:sz w:val="24"/>
          <w:szCs w:val="24"/>
        </w:rPr>
        <w:t xml:space="preserve"> </w:t>
      </w:r>
      <w:proofErr w:type="spellStart"/>
      <w:r w:rsidRPr="002C50B6">
        <w:rPr>
          <w:rFonts w:cs="Times New Roman"/>
          <w:sz w:val="24"/>
          <w:szCs w:val="24"/>
        </w:rPr>
        <w:t>valdes</w:t>
      </w:r>
      <w:proofErr w:type="spellEnd"/>
      <w:r w:rsidRPr="002C50B6">
        <w:rPr>
          <w:rFonts w:cs="Times New Roman"/>
          <w:sz w:val="24"/>
          <w:szCs w:val="24"/>
        </w:rPr>
        <w:t xml:space="preserve"> </w:t>
      </w:r>
      <w:proofErr w:type="spellStart"/>
      <w:r w:rsidRPr="002C50B6">
        <w:rPr>
          <w:rFonts w:cs="Times New Roman"/>
          <w:sz w:val="24"/>
          <w:szCs w:val="24"/>
        </w:rPr>
        <w:t>priekšsēdētāja</w:t>
      </w:r>
      <w:proofErr w:type="spellEnd"/>
      <w:r w:rsidRPr="002C50B6">
        <w:rPr>
          <w:rFonts w:cs="Times New Roman"/>
          <w:sz w:val="24"/>
          <w:szCs w:val="24"/>
        </w:rPr>
        <w:t xml:space="preserve"> Linda </w:t>
      </w:r>
      <w:proofErr w:type="spellStart"/>
      <w:r w:rsidRPr="002C50B6">
        <w:rPr>
          <w:rFonts w:cs="Times New Roman"/>
          <w:sz w:val="24"/>
          <w:szCs w:val="24"/>
        </w:rPr>
        <w:t>Liepiņa</w:t>
      </w:r>
      <w:proofErr w:type="spellEnd"/>
      <w:r w:rsidRPr="002C50B6">
        <w:rPr>
          <w:rFonts w:cs="Times New Roman"/>
          <w:sz w:val="24"/>
          <w:szCs w:val="24"/>
        </w:rPr>
        <w:t xml:space="preserve">, </w:t>
      </w:r>
      <w:proofErr w:type="spellStart"/>
      <w:r w:rsidRPr="002C50B6">
        <w:rPr>
          <w:rFonts w:cs="Times New Roman"/>
          <w:sz w:val="24"/>
          <w:szCs w:val="24"/>
        </w:rPr>
        <w:t>turpmāk</w:t>
      </w:r>
      <w:proofErr w:type="spellEnd"/>
      <w:r w:rsidRPr="002C50B6">
        <w:rPr>
          <w:rFonts w:cs="Times New Roman"/>
          <w:sz w:val="24"/>
          <w:szCs w:val="24"/>
        </w:rPr>
        <w:t xml:space="preserve"> </w:t>
      </w:r>
      <w:proofErr w:type="spellStart"/>
      <w:r w:rsidRPr="002C50B6">
        <w:rPr>
          <w:rFonts w:cs="Times New Roman"/>
          <w:sz w:val="24"/>
          <w:szCs w:val="24"/>
        </w:rPr>
        <w:t>tekstā</w:t>
      </w:r>
      <w:proofErr w:type="spellEnd"/>
      <w:r w:rsidRPr="002C50B6">
        <w:rPr>
          <w:rFonts w:cs="Times New Roman"/>
          <w:sz w:val="24"/>
          <w:szCs w:val="24"/>
        </w:rPr>
        <w:t xml:space="preserve"> – </w:t>
      </w:r>
      <w:proofErr w:type="spellStart"/>
      <w:r w:rsidRPr="002C50B6">
        <w:rPr>
          <w:rFonts w:cs="Times New Roman"/>
          <w:sz w:val="24"/>
          <w:szCs w:val="24"/>
        </w:rPr>
        <w:t>Lietotājs</w:t>
      </w:r>
      <w:proofErr w:type="spellEnd"/>
      <w:r w:rsidRPr="002C50B6">
        <w:rPr>
          <w:rFonts w:cs="Times New Roman"/>
          <w:sz w:val="24"/>
          <w:szCs w:val="24"/>
        </w:rPr>
        <w:t xml:space="preserve">, no </w:t>
      </w:r>
      <w:proofErr w:type="spellStart"/>
      <w:r w:rsidRPr="002C50B6">
        <w:rPr>
          <w:rFonts w:cs="Times New Roman"/>
          <w:sz w:val="24"/>
          <w:szCs w:val="24"/>
        </w:rPr>
        <w:t>otrās</w:t>
      </w:r>
      <w:proofErr w:type="spellEnd"/>
      <w:r w:rsidRPr="002C50B6">
        <w:rPr>
          <w:rFonts w:cs="Times New Roman"/>
          <w:sz w:val="24"/>
          <w:szCs w:val="24"/>
        </w:rPr>
        <w:t xml:space="preserve"> </w:t>
      </w:r>
      <w:proofErr w:type="spellStart"/>
      <w:r w:rsidRPr="002C50B6">
        <w:rPr>
          <w:rFonts w:cs="Times New Roman"/>
          <w:sz w:val="24"/>
          <w:szCs w:val="24"/>
        </w:rPr>
        <w:t>puses</w:t>
      </w:r>
      <w:proofErr w:type="spellEnd"/>
      <w:r w:rsidRPr="002C50B6">
        <w:rPr>
          <w:rFonts w:cs="Times New Roman"/>
          <w:sz w:val="24"/>
          <w:szCs w:val="24"/>
        </w:rPr>
        <w:t xml:space="preserve">, </w:t>
      </w:r>
      <w:r w:rsidR="002C50B6" w:rsidRPr="002C50B6">
        <w:rPr>
          <w:rFonts w:eastAsia="Times New Roman" w:cs="Times New Roman"/>
          <w:color w:val="000000"/>
          <w:sz w:val="24"/>
          <w:szCs w:val="24"/>
          <w:lang w:val="lv-LV"/>
        </w:rPr>
        <w:t xml:space="preserve">no otras puses, </w:t>
      </w:r>
      <w:r w:rsidR="002C50B6" w:rsidRPr="002C50B6">
        <w:rPr>
          <w:rFonts w:eastAsia="Times New Roman" w:cs="Times New Roman"/>
          <w:sz w:val="24"/>
          <w:szCs w:val="24"/>
          <w:lang w:val="lv-LV"/>
        </w:rPr>
        <w:t>abi kopā turpmāk tekstā – Puses, vai atsevišķi – Puse</w:t>
      </w:r>
      <w:r w:rsidRPr="002C50B6">
        <w:rPr>
          <w:rFonts w:cs="Times New Roman"/>
          <w:sz w:val="24"/>
          <w:szCs w:val="24"/>
        </w:rPr>
        <w:t>,</w:t>
      </w:r>
    </w:p>
    <w:p w14:paraId="78E05551" w14:textId="6C142E78" w:rsidR="00E644B0" w:rsidRPr="002C50B6" w:rsidRDefault="00DB3176" w:rsidP="002C50B6">
      <w:pPr>
        <w:spacing w:after="0" w:line="240" w:lineRule="auto"/>
        <w:jc w:val="both"/>
        <w:rPr>
          <w:rFonts w:cs="Times New Roman"/>
          <w:sz w:val="24"/>
          <w:szCs w:val="24"/>
        </w:rPr>
      </w:pPr>
      <w:proofErr w:type="spellStart"/>
      <w:r w:rsidRPr="002C50B6">
        <w:rPr>
          <w:rFonts w:cs="Times New Roman"/>
          <w:sz w:val="24"/>
          <w:szCs w:val="24"/>
        </w:rPr>
        <w:t>ņemot</w:t>
      </w:r>
      <w:proofErr w:type="spellEnd"/>
      <w:r w:rsidRPr="002C50B6">
        <w:rPr>
          <w:rFonts w:cs="Times New Roman"/>
          <w:sz w:val="24"/>
          <w:szCs w:val="24"/>
        </w:rPr>
        <w:t xml:space="preserve"> </w:t>
      </w:r>
      <w:proofErr w:type="spellStart"/>
      <w:r w:rsidRPr="002C50B6">
        <w:rPr>
          <w:rFonts w:cs="Times New Roman"/>
          <w:sz w:val="24"/>
          <w:szCs w:val="24"/>
        </w:rPr>
        <w:t>vērā</w:t>
      </w:r>
      <w:proofErr w:type="spellEnd"/>
      <w:r w:rsidRPr="002C50B6">
        <w:rPr>
          <w:rFonts w:cs="Times New Roman"/>
          <w:sz w:val="24"/>
          <w:szCs w:val="24"/>
        </w:rPr>
        <w:t xml:space="preserve"> Madonas novada pašvaldības domes 2026. gada 27. augusta lēmumu Nr. ___ (protokols Nr. ___, __. p.) "Par </w:t>
      </w:r>
      <w:proofErr w:type="spellStart"/>
      <w:r w:rsidRPr="002C50B6">
        <w:rPr>
          <w:rFonts w:cs="Times New Roman"/>
          <w:sz w:val="24"/>
          <w:szCs w:val="24"/>
        </w:rPr>
        <w:t>pašvaldības</w:t>
      </w:r>
      <w:proofErr w:type="spellEnd"/>
      <w:r w:rsidRPr="002C50B6">
        <w:rPr>
          <w:rFonts w:cs="Times New Roman"/>
          <w:sz w:val="24"/>
          <w:szCs w:val="24"/>
        </w:rPr>
        <w:t xml:space="preserve"> </w:t>
      </w:r>
      <w:proofErr w:type="spellStart"/>
      <w:r w:rsidRPr="002C50B6">
        <w:rPr>
          <w:rFonts w:cs="Times New Roman"/>
          <w:sz w:val="24"/>
          <w:szCs w:val="24"/>
        </w:rPr>
        <w:t>nekustamā</w:t>
      </w:r>
      <w:proofErr w:type="spellEnd"/>
      <w:r w:rsidRPr="002C50B6">
        <w:rPr>
          <w:rFonts w:cs="Times New Roman"/>
          <w:sz w:val="24"/>
          <w:szCs w:val="24"/>
        </w:rPr>
        <w:t xml:space="preserve"> </w:t>
      </w:r>
      <w:proofErr w:type="spellStart"/>
      <w:r w:rsidRPr="002C50B6">
        <w:rPr>
          <w:rFonts w:cs="Times New Roman"/>
          <w:sz w:val="24"/>
          <w:szCs w:val="24"/>
        </w:rPr>
        <w:t>īpašuma</w:t>
      </w:r>
      <w:proofErr w:type="spellEnd"/>
      <w:r w:rsidRPr="002C50B6">
        <w:rPr>
          <w:rFonts w:cs="Times New Roman"/>
          <w:sz w:val="24"/>
          <w:szCs w:val="24"/>
        </w:rPr>
        <w:t xml:space="preserve"> </w:t>
      </w:r>
      <w:proofErr w:type="spellStart"/>
      <w:r w:rsidRPr="002C50B6">
        <w:rPr>
          <w:rFonts w:cs="Times New Roman"/>
          <w:sz w:val="24"/>
          <w:szCs w:val="24"/>
        </w:rPr>
        <w:t>telpu</w:t>
      </w:r>
      <w:proofErr w:type="spellEnd"/>
      <w:r w:rsidRPr="002C50B6">
        <w:rPr>
          <w:rFonts w:cs="Times New Roman"/>
          <w:sz w:val="24"/>
          <w:szCs w:val="24"/>
        </w:rPr>
        <w:t xml:space="preserve"> </w:t>
      </w:r>
      <w:proofErr w:type="spellStart"/>
      <w:r w:rsidRPr="002C50B6">
        <w:rPr>
          <w:rFonts w:cs="Times New Roman"/>
          <w:sz w:val="24"/>
          <w:szCs w:val="24"/>
        </w:rPr>
        <w:t>nodošanu</w:t>
      </w:r>
      <w:proofErr w:type="spellEnd"/>
      <w:r w:rsidRPr="002C50B6">
        <w:rPr>
          <w:rFonts w:cs="Times New Roman"/>
          <w:sz w:val="24"/>
          <w:szCs w:val="24"/>
        </w:rPr>
        <w:t xml:space="preserve"> </w:t>
      </w:r>
      <w:proofErr w:type="spellStart"/>
      <w:r w:rsidRPr="002C50B6">
        <w:rPr>
          <w:rFonts w:cs="Times New Roman"/>
          <w:sz w:val="24"/>
          <w:szCs w:val="24"/>
        </w:rPr>
        <w:t>bezatlīdzības</w:t>
      </w:r>
      <w:proofErr w:type="spellEnd"/>
      <w:r w:rsidRPr="002C50B6">
        <w:rPr>
          <w:rFonts w:cs="Times New Roman"/>
          <w:sz w:val="24"/>
          <w:szCs w:val="24"/>
        </w:rPr>
        <w:t xml:space="preserve"> </w:t>
      </w:r>
      <w:proofErr w:type="spellStart"/>
      <w:r w:rsidRPr="002C50B6">
        <w:rPr>
          <w:rFonts w:cs="Times New Roman"/>
          <w:sz w:val="24"/>
          <w:szCs w:val="24"/>
        </w:rPr>
        <w:t>lietošanā</w:t>
      </w:r>
      <w:proofErr w:type="spellEnd"/>
      <w:r w:rsidRPr="002C50B6">
        <w:rPr>
          <w:rFonts w:cs="Times New Roman"/>
          <w:sz w:val="24"/>
          <w:szCs w:val="24"/>
        </w:rPr>
        <w:t xml:space="preserve"> </w:t>
      </w:r>
      <w:proofErr w:type="spellStart"/>
      <w:r w:rsidRPr="002C50B6">
        <w:rPr>
          <w:rFonts w:cs="Times New Roman"/>
          <w:sz w:val="24"/>
          <w:szCs w:val="24"/>
        </w:rPr>
        <w:t>sociālajam</w:t>
      </w:r>
      <w:proofErr w:type="spellEnd"/>
      <w:r w:rsidRPr="002C50B6">
        <w:rPr>
          <w:rFonts w:cs="Times New Roman"/>
          <w:sz w:val="24"/>
          <w:szCs w:val="24"/>
        </w:rPr>
        <w:t xml:space="preserve"> </w:t>
      </w:r>
      <w:proofErr w:type="spellStart"/>
      <w:r w:rsidRPr="002C50B6">
        <w:rPr>
          <w:rFonts w:cs="Times New Roman"/>
          <w:sz w:val="24"/>
          <w:szCs w:val="24"/>
        </w:rPr>
        <w:t>uzņēmumam</w:t>
      </w:r>
      <w:proofErr w:type="spellEnd"/>
      <w:r w:rsidRPr="002C50B6">
        <w:rPr>
          <w:rFonts w:cs="Times New Roman"/>
          <w:sz w:val="24"/>
          <w:szCs w:val="24"/>
        </w:rPr>
        <w:t xml:space="preserve"> SIA "EVO Group",</w:t>
      </w:r>
      <w:r w:rsidR="002C50B6">
        <w:rPr>
          <w:rFonts w:cs="Times New Roman"/>
          <w:sz w:val="24"/>
          <w:szCs w:val="24"/>
        </w:rPr>
        <w:t xml:space="preserve"> </w:t>
      </w:r>
      <w:proofErr w:type="spellStart"/>
      <w:r w:rsidRPr="002C50B6">
        <w:rPr>
          <w:rFonts w:cs="Times New Roman"/>
          <w:sz w:val="24"/>
          <w:szCs w:val="24"/>
        </w:rPr>
        <w:t>izrādot</w:t>
      </w:r>
      <w:proofErr w:type="spellEnd"/>
      <w:r w:rsidRPr="002C50B6">
        <w:rPr>
          <w:rFonts w:cs="Times New Roman"/>
          <w:sz w:val="24"/>
          <w:szCs w:val="24"/>
        </w:rPr>
        <w:t xml:space="preserve"> </w:t>
      </w:r>
      <w:proofErr w:type="spellStart"/>
      <w:r w:rsidRPr="002C50B6">
        <w:rPr>
          <w:rFonts w:cs="Times New Roman"/>
          <w:sz w:val="24"/>
          <w:szCs w:val="24"/>
        </w:rPr>
        <w:t>brīvu</w:t>
      </w:r>
      <w:proofErr w:type="spellEnd"/>
      <w:r w:rsidRPr="002C50B6">
        <w:rPr>
          <w:rFonts w:cs="Times New Roman"/>
          <w:sz w:val="24"/>
          <w:szCs w:val="24"/>
        </w:rPr>
        <w:t xml:space="preserve"> un </w:t>
      </w:r>
      <w:proofErr w:type="spellStart"/>
      <w:r w:rsidRPr="002C50B6">
        <w:rPr>
          <w:rFonts w:cs="Times New Roman"/>
          <w:sz w:val="24"/>
          <w:szCs w:val="24"/>
        </w:rPr>
        <w:t>nepiespiestu</w:t>
      </w:r>
      <w:proofErr w:type="spellEnd"/>
      <w:r w:rsidRPr="002C50B6">
        <w:rPr>
          <w:rFonts w:cs="Times New Roman"/>
          <w:sz w:val="24"/>
          <w:szCs w:val="24"/>
        </w:rPr>
        <w:t xml:space="preserve"> gribu, bez </w:t>
      </w:r>
      <w:proofErr w:type="spellStart"/>
      <w:r w:rsidRPr="002C50B6">
        <w:rPr>
          <w:rFonts w:cs="Times New Roman"/>
          <w:sz w:val="24"/>
          <w:szCs w:val="24"/>
        </w:rPr>
        <w:t>maldības</w:t>
      </w:r>
      <w:proofErr w:type="spellEnd"/>
      <w:r w:rsidRPr="002C50B6">
        <w:rPr>
          <w:rFonts w:cs="Times New Roman"/>
          <w:sz w:val="24"/>
          <w:szCs w:val="24"/>
        </w:rPr>
        <w:t xml:space="preserve">, </w:t>
      </w:r>
      <w:proofErr w:type="spellStart"/>
      <w:r w:rsidRPr="002C50B6">
        <w:rPr>
          <w:rFonts w:cs="Times New Roman"/>
          <w:sz w:val="24"/>
          <w:szCs w:val="24"/>
        </w:rPr>
        <w:t>viltus</w:t>
      </w:r>
      <w:proofErr w:type="spellEnd"/>
      <w:r w:rsidRPr="002C50B6">
        <w:rPr>
          <w:rFonts w:cs="Times New Roman"/>
          <w:sz w:val="24"/>
          <w:szCs w:val="24"/>
        </w:rPr>
        <w:t xml:space="preserve"> un </w:t>
      </w:r>
      <w:proofErr w:type="spellStart"/>
      <w:r w:rsidRPr="002C50B6">
        <w:rPr>
          <w:rFonts w:cs="Times New Roman"/>
          <w:sz w:val="24"/>
          <w:szCs w:val="24"/>
        </w:rPr>
        <w:t>spaidiem</w:t>
      </w:r>
      <w:proofErr w:type="spellEnd"/>
      <w:r w:rsidRPr="002C50B6">
        <w:rPr>
          <w:rFonts w:cs="Times New Roman"/>
          <w:sz w:val="24"/>
          <w:szCs w:val="24"/>
        </w:rPr>
        <w:t xml:space="preserve">, </w:t>
      </w:r>
      <w:proofErr w:type="spellStart"/>
      <w:r w:rsidRPr="002C50B6">
        <w:rPr>
          <w:rFonts w:cs="Times New Roman"/>
          <w:sz w:val="24"/>
          <w:szCs w:val="24"/>
        </w:rPr>
        <w:t>noslēdz</w:t>
      </w:r>
      <w:proofErr w:type="spellEnd"/>
      <w:r w:rsidRPr="002C50B6">
        <w:rPr>
          <w:rFonts w:cs="Times New Roman"/>
          <w:sz w:val="24"/>
          <w:szCs w:val="24"/>
        </w:rPr>
        <w:t xml:space="preserve"> </w:t>
      </w:r>
      <w:proofErr w:type="spellStart"/>
      <w:r w:rsidRPr="002C50B6">
        <w:rPr>
          <w:rFonts w:cs="Times New Roman"/>
          <w:sz w:val="24"/>
          <w:szCs w:val="24"/>
        </w:rPr>
        <w:t>šo</w:t>
      </w:r>
      <w:proofErr w:type="spellEnd"/>
      <w:r w:rsidRPr="002C50B6">
        <w:rPr>
          <w:rFonts w:cs="Times New Roman"/>
          <w:sz w:val="24"/>
          <w:szCs w:val="24"/>
        </w:rPr>
        <w:t xml:space="preserve"> </w:t>
      </w:r>
      <w:proofErr w:type="spellStart"/>
      <w:r w:rsidRPr="002C50B6">
        <w:rPr>
          <w:rFonts w:cs="Times New Roman"/>
          <w:sz w:val="24"/>
          <w:szCs w:val="24"/>
        </w:rPr>
        <w:t>bezatlīdzības</w:t>
      </w:r>
      <w:proofErr w:type="spellEnd"/>
      <w:r w:rsidRPr="002C50B6">
        <w:rPr>
          <w:rFonts w:cs="Times New Roman"/>
          <w:sz w:val="24"/>
          <w:szCs w:val="24"/>
        </w:rPr>
        <w:t xml:space="preserve"> </w:t>
      </w:r>
      <w:proofErr w:type="spellStart"/>
      <w:r w:rsidRPr="002C50B6">
        <w:rPr>
          <w:rFonts w:cs="Times New Roman"/>
          <w:sz w:val="24"/>
          <w:szCs w:val="24"/>
        </w:rPr>
        <w:t>lietošanas</w:t>
      </w:r>
      <w:proofErr w:type="spellEnd"/>
      <w:r w:rsidRPr="002C50B6">
        <w:rPr>
          <w:rFonts w:cs="Times New Roman"/>
          <w:sz w:val="24"/>
          <w:szCs w:val="24"/>
        </w:rPr>
        <w:t xml:space="preserve"> </w:t>
      </w:r>
      <w:proofErr w:type="spellStart"/>
      <w:r w:rsidRPr="002C50B6">
        <w:rPr>
          <w:rFonts w:cs="Times New Roman"/>
          <w:sz w:val="24"/>
          <w:szCs w:val="24"/>
        </w:rPr>
        <w:t>līgumu</w:t>
      </w:r>
      <w:proofErr w:type="spellEnd"/>
      <w:r w:rsidRPr="002C50B6">
        <w:rPr>
          <w:rFonts w:cs="Times New Roman"/>
          <w:sz w:val="24"/>
          <w:szCs w:val="24"/>
        </w:rPr>
        <w:t xml:space="preserve">, </w:t>
      </w:r>
      <w:proofErr w:type="spellStart"/>
      <w:r w:rsidRPr="002C50B6">
        <w:rPr>
          <w:rFonts w:cs="Times New Roman"/>
          <w:sz w:val="24"/>
          <w:szCs w:val="24"/>
        </w:rPr>
        <w:t>turpmāk</w:t>
      </w:r>
      <w:proofErr w:type="spellEnd"/>
      <w:r w:rsidRPr="002C50B6">
        <w:rPr>
          <w:rFonts w:cs="Times New Roman"/>
          <w:sz w:val="24"/>
          <w:szCs w:val="24"/>
        </w:rPr>
        <w:t xml:space="preserve"> </w:t>
      </w:r>
      <w:proofErr w:type="spellStart"/>
      <w:r w:rsidRPr="002C50B6">
        <w:rPr>
          <w:rFonts w:cs="Times New Roman"/>
          <w:sz w:val="24"/>
          <w:szCs w:val="24"/>
        </w:rPr>
        <w:t>tekstā</w:t>
      </w:r>
      <w:proofErr w:type="spellEnd"/>
      <w:r w:rsidRPr="002C50B6">
        <w:rPr>
          <w:rFonts w:cs="Times New Roman"/>
          <w:sz w:val="24"/>
          <w:szCs w:val="24"/>
        </w:rPr>
        <w:t xml:space="preserve"> – </w:t>
      </w:r>
      <w:proofErr w:type="spellStart"/>
      <w:r w:rsidRPr="002C50B6">
        <w:rPr>
          <w:rFonts w:cs="Times New Roman"/>
          <w:sz w:val="24"/>
          <w:szCs w:val="24"/>
        </w:rPr>
        <w:t>Līgums</w:t>
      </w:r>
      <w:proofErr w:type="spellEnd"/>
      <w:r w:rsidRPr="002C50B6">
        <w:rPr>
          <w:rFonts w:cs="Times New Roman"/>
          <w:sz w:val="24"/>
          <w:szCs w:val="24"/>
        </w:rPr>
        <w:t xml:space="preserve">, par </w:t>
      </w:r>
      <w:proofErr w:type="spellStart"/>
      <w:r w:rsidRPr="002C50B6">
        <w:rPr>
          <w:rFonts w:cs="Times New Roman"/>
          <w:sz w:val="24"/>
          <w:szCs w:val="24"/>
        </w:rPr>
        <w:t>sekojošo</w:t>
      </w:r>
      <w:proofErr w:type="spellEnd"/>
      <w:r w:rsidRPr="002C50B6">
        <w:rPr>
          <w:rFonts w:cs="Times New Roman"/>
          <w:sz w:val="24"/>
          <w:szCs w:val="24"/>
        </w:rPr>
        <w:t>:</w:t>
      </w:r>
    </w:p>
    <w:p w14:paraId="08D14702" w14:textId="436786F9" w:rsidR="00322741" w:rsidRPr="00322741" w:rsidRDefault="00DB3176" w:rsidP="00322741">
      <w:pPr>
        <w:pStyle w:val="Sarakstarindkopa"/>
        <w:numPr>
          <w:ilvl w:val="0"/>
          <w:numId w:val="11"/>
        </w:numPr>
        <w:spacing w:before="240" w:line="240" w:lineRule="auto"/>
        <w:jc w:val="center"/>
        <w:rPr>
          <w:rFonts w:cs="Times New Roman"/>
          <w:sz w:val="24"/>
          <w:szCs w:val="24"/>
        </w:rPr>
      </w:pPr>
      <w:r w:rsidRPr="0083513D">
        <w:rPr>
          <w:rFonts w:cs="Times New Roman"/>
          <w:b/>
          <w:sz w:val="24"/>
          <w:szCs w:val="24"/>
        </w:rPr>
        <w:t>LĪGUMA PRIEKŠMETS</w:t>
      </w:r>
    </w:p>
    <w:p w14:paraId="206505ED" w14:textId="2A881DBB" w:rsidR="00E644B0" w:rsidRPr="0083513D" w:rsidRDefault="00DB3176" w:rsidP="0083513D">
      <w:pPr>
        <w:pStyle w:val="Sarakstarindkopa"/>
        <w:numPr>
          <w:ilvl w:val="1"/>
          <w:numId w:val="11"/>
        </w:numPr>
        <w:spacing w:after="0" w:line="240" w:lineRule="auto"/>
        <w:jc w:val="both"/>
        <w:rPr>
          <w:rFonts w:cs="Times New Roman"/>
          <w:sz w:val="24"/>
          <w:szCs w:val="24"/>
        </w:rPr>
      </w:pPr>
      <w:r w:rsidRPr="0083513D">
        <w:rPr>
          <w:rFonts w:cs="Times New Roman"/>
          <w:sz w:val="24"/>
          <w:szCs w:val="24"/>
        </w:rPr>
        <w:t xml:space="preserve">Pašvaldība </w:t>
      </w:r>
      <w:proofErr w:type="spellStart"/>
      <w:r w:rsidRPr="0083513D">
        <w:rPr>
          <w:rFonts w:cs="Times New Roman"/>
          <w:sz w:val="24"/>
          <w:szCs w:val="24"/>
        </w:rPr>
        <w:t>nodod</w:t>
      </w:r>
      <w:proofErr w:type="spellEnd"/>
      <w:r w:rsidRPr="0083513D">
        <w:rPr>
          <w:rFonts w:cs="Times New Roman"/>
          <w:sz w:val="24"/>
          <w:szCs w:val="24"/>
        </w:rPr>
        <w:t xml:space="preserve">, un </w:t>
      </w:r>
      <w:proofErr w:type="spellStart"/>
      <w:r w:rsidRPr="0083513D">
        <w:rPr>
          <w:rFonts w:cs="Times New Roman"/>
          <w:sz w:val="24"/>
          <w:szCs w:val="24"/>
        </w:rPr>
        <w:t>Lietotājs</w:t>
      </w:r>
      <w:proofErr w:type="spellEnd"/>
      <w:r w:rsidRPr="0083513D">
        <w:rPr>
          <w:rFonts w:cs="Times New Roman"/>
          <w:sz w:val="24"/>
          <w:szCs w:val="24"/>
        </w:rPr>
        <w:t xml:space="preserve"> </w:t>
      </w:r>
      <w:proofErr w:type="spellStart"/>
      <w:r w:rsidRPr="0083513D">
        <w:rPr>
          <w:rFonts w:cs="Times New Roman"/>
          <w:sz w:val="24"/>
          <w:szCs w:val="24"/>
        </w:rPr>
        <w:t>pieņem</w:t>
      </w:r>
      <w:proofErr w:type="spellEnd"/>
      <w:r w:rsidRPr="0083513D">
        <w:rPr>
          <w:rFonts w:cs="Times New Roman"/>
          <w:sz w:val="24"/>
          <w:szCs w:val="24"/>
        </w:rPr>
        <w:t xml:space="preserve"> bezatlīdzības lietošanā koplietošanas režīmā pašvaldībai piederošā nekustamā īpašuma – Madonas pilsētas pirmsskolas izglītības iestādes "Priedīte" (ēkas kadastra apzīmējums 7001 001 0141 9001) Valmieras ielā 17, Madonā, Madonas novadā, 1. stāva telpas </w:t>
      </w:r>
      <w:r w:rsidRPr="0083513D">
        <w:rPr>
          <w:rFonts w:cs="Times New Roman"/>
          <w:b/>
          <w:sz w:val="24"/>
          <w:szCs w:val="24"/>
        </w:rPr>
        <w:t xml:space="preserve">Nr. 44 (52,8 m²), Nr. 43 (10,4 m²), Nr. 46 (7,9 m²), Nr. 47 (7,4 m²), Nr. 48 (30,9 m²), </w:t>
      </w:r>
      <w:proofErr w:type="spellStart"/>
      <w:r w:rsidRPr="0083513D">
        <w:rPr>
          <w:rFonts w:cs="Times New Roman"/>
          <w:b/>
          <w:sz w:val="24"/>
          <w:szCs w:val="24"/>
        </w:rPr>
        <w:t>kopējā</w:t>
      </w:r>
      <w:proofErr w:type="spellEnd"/>
      <w:r w:rsidRPr="0083513D">
        <w:rPr>
          <w:rFonts w:cs="Times New Roman"/>
          <w:b/>
          <w:sz w:val="24"/>
          <w:szCs w:val="24"/>
        </w:rPr>
        <w:t xml:space="preserve"> </w:t>
      </w:r>
      <w:proofErr w:type="spellStart"/>
      <w:r w:rsidRPr="0083513D">
        <w:rPr>
          <w:rFonts w:cs="Times New Roman"/>
          <w:b/>
          <w:sz w:val="24"/>
          <w:szCs w:val="24"/>
        </w:rPr>
        <w:t>platībā</w:t>
      </w:r>
      <w:proofErr w:type="spellEnd"/>
      <w:r w:rsidRPr="0083513D">
        <w:rPr>
          <w:rFonts w:cs="Times New Roman"/>
          <w:b/>
          <w:sz w:val="24"/>
          <w:szCs w:val="24"/>
        </w:rPr>
        <w:t xml:space="preserve"> 1</w:t>
      </w:r>
      <w:r w:rsidR="00E26374" w:rsidRPr="0083513D">
        <w:rPr>
          <w:rFonts w:cs="Times New Roman"/>
          <w:b/>
          <w:sz w:val="24"/>
          <w:szCs w:val="24"/>
        </w:rPr>
        <w:t>09</w:t>
      </w:r>
      <w:r w:rsidRPr="0083513D">
        <w:rPr>
          <w:rFonts w:cs="Times New Roman"/>
          <w:b/>
          <w:sz w:val="24"/>
          <w:szCs w:val="24"/>
        </w:rPr>
        <w:t>,4 m²</w:t>
      </w:r>
      <w:r w:rsidRPr="0083513D">
        <w:rPr>
          <w:rFonts w:cs="Times New Roman"/>
          <w:sz w:val="24"/>
          <w:szCs w:val="24"/>
        </w:rPr>
        <w:t xml:space="preserve"> (</w:t>
      </w:r>
      <w:proofErr w:type="spellStart"/>
      <w:r w:rsidRPr="0083513D">
        <w:rPr>
          <w:rFonts w:cs="Times New Roman"/>
          <w:sz w:val="24"/>
          <w:szCs w:val="24"/>
        </w:rPr>
        <w:t>atbilstoši</w:t>
      </w:r>
      <w:proofErr w:type="spellEnd"/>
      <w:r w:rsidRPr="0083513D">
        <w:rPr>
          <w:rFonts w:cs="Times New Roman"/>
          <w:sz w:val="24"/>
          <w:szCs w:val="24"/>
        </w:rPr>
        <w:t xml:space="preserve"> </w:t>
      </w:r>
      <w:proofErr w:type="spellStart"/>
      <w:r w:rsidRPr="0083513D">
        <w:rPr>
          <w:rFonts w:cs="Times New Roman"/>
          <w:sz w:val="24"/>
          <w:szCs w:val="24"/>
        </w:rPr>
        <w:t>Līguma</w:t>
      </w:r>
      <w:proofErr w:type="spellEnd"/>
      <w:r w:rsidRPr="0083513D">
        <w:rPr>
          <w:rFonts w:cs="Times New Roman"/>
          <w:sz w:val="24"/>
          <w:szCs w:val="24"/>
        </w:rPr>
        <w:t xml:space="preserve"> </w:t>
      </w:r>
      <w:r w:rsidR="00E26374" w:rsidRPr="0083513D">
        <w:rPr>
          <w:rFonts w:cs="Times New Roman"/>
          <w:sz w:val="24"/>
          <w:szCs w:val="24"/>
        </w:rPr>
        <w:t xml:space="preserve">1. </w:t>
      </w:r>
      <w:proofErr w:type="spellStart"/>
      <w:r w:rsidRPr="0083513D">
        <w:rPr>
          <w:rFonts w:cs="Times New Roman"/>
          <w:sz w:val="24"/>
          <w:szCs w:val="24"/>
        </w:rPr>
        <w:t>pielikumā</w:t>
      </w:r>
      <w:proofErr w:type="spellEnd"/>
      <w:r w:rsidRPr="0083513D">
        <w:rPr>
          <w:rFonts w:cs="Times New Roman"/>
          <w:sz w:val="24"/>
          <w:szCs w:val="24"/>
        </w:rPr>
        <w:t xml:space="preserve"> </w:t>
      </w:r>
      <w:proofErr w:type="spellStart"/>
      <w:r w:rsidRPr="0083513D">
        <w:rPr>
          <w:rFonts w:cs="Times New Roman"/>
          <w:sz w:val="24"/>
          <w:szCs w:val="24"/>
        </w:rPr>
        <w:t>pievienotajam</w:t>
      </w:r>
      <w:proofErr w:type="spellEnd"/>
      <w:r w:rsidRPr="0083513D">
        <w:rPr>
          <w:rFonts w:cs="Times New Roman"/>
          <w:sz w:val="24"/>
          <w:szCs w:val="24"/>
        </w:rPr>
        <w:t xml:space="preserve"> </w:t>
      </w:r>
      <w:r w:rsidR="00E26374" w:rsidRPr="0083513D">
        <w:rPr>
          <w:rFonts w:cs="Times New Roman"/>
          <w:sz w:val="24"/>
          <w:szCs w:val="24"/>
        </w:rPr>
        <w:t>1. </w:t>
      </w:r>
      <w:proofErr w:type="spellStart"/>
      <w:r w:rsidRPr="0083513D">
        <w:rPr>
          <w:rFonts w:cs="Times New Roman"/>
          <w:sz w:val="24"/>
          <w:szCs w:val="24"/>
        </w:rPr>
        <w:t>stāva</w:t>
      </w:r>
      <w:proofErr w:type="spellEnd"/>
      <w:r w:rsidRPr="0083513D">
        <w:rPr>
          <w:rFonts w:cs="Times New Roman"/>
          <w:sz w:val="24"/>
          <w:szCs w:val="24"/>
        </w:rPr>
        <w:t xml:space="preserve"> </w:t>
      </w:r>
      <w:proofErr w:type="spellStart"/>
      <w:r w:rsidRPr="0083513D">
        <w:rPr>
          <w:rFonts w:cs="Times New Roman"/>
          <w:sz w:val="24"/>
          <w:szCs w:val="24"/>
        </w:rPr>
        <w:t>plānam</w:t>
      </w:r>
      <w:proofErr w:type="spellEnd"/>
      <w:r w:rsidRPr="0083513D">
        <w:rPr>
          <w:rFonts w:cs="Times New Roman"/>
          <w:sz w:val="24"/>
          <w:szCs w:val="24"/>
        </w:rPr>
        <w:t xml:space="preserve">), </w:t>
      </w:r>
      <w:proofErr w:type="spellStart"/>
      <w:r w:rsidRPr="0083513D">
        <w:rPr>
          <w:rFonts w:cs="Times New Roman"/>
          <w:sz w:val="24"/>
          <w:szCs w:val="24"/>
        </w:rPr>
        <w:t>turpmāk</w:t>
      </w:r>
      <w:proofErr w:type="spellEnd"/>
      <w:r w:rsidRPr="0083513D">
        <w:rPr>
          <w:rFonts w:cs="Times New Roman"/>
          <w:sz w:val="24"/>
          <w:szCs w:val="24"/>
        </w:rPr>
        <w:t xml:space="preserve"> </w:t>
      </w:r>
      <w:proofErr w:type="spellStart"/>
      <w:r w:rsidRPr="0083513D">
        <w:rPr>
          <w:rFonts w:cs="Times New Roman"/>
          <w:sz w:val="24"/>
          <w:szCs w:val="24"/>
        </w:rPr>
        <w:t>tekstā</w:t>
      </w:r>
      <w:proofErr w:type="spellEnd"/>
      <w:r w:rsidRPr="0083513D">
        <w:rPr>
          <w:rFonts w:cs="Times New Roman"/>
          <w:sz w:val="24"/>
          <w:szCs w:val="24"/>
        </w:rPr>
        <w:t xml:space="preserve"> – Objekts.</w:t>
      </w:r>
    </w:p>
    <w:p w14:paraId="5EA109B2" w14:textId="404A5923"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Objekts</w:t>
      </w:r>
      <w:proofErr w:type="spellEnd"/>
      <w:r w:rsidRPr="0083513D">
        <w:rPr>
          <w:rFonts w:cs="Times New Roman"/>
          <w:sz w:val="24"/>
          <w:szCs w:val="24"/>
        </w:rPr>
        <w:t xml:space="preserve"> </w:t>
      </w:r>
      <w:proofErr w:type="spellStart"/>
      <w:r w:rsidRPr="0083513D">
        <w:rPr>
          <w:rFonts w:cs="Times New Roman"/>
          <w:sz w:val="24"/>
          <w:szCs w:val="24"/>
        </w:rPr>
        <w:t>tiek</w:t>
      </w:r>
      <w:proofErr w:type="spellEnd"/>
      <w:r w:rsidRPr="0083513D">
        <w:rPr>
          <w:rFonts w:cs="Times New Roman"/>
          <w:sz w:val="24"/>
          <w:szCs w:val="24"/>
        </w:rPr>
        <w:t xml:space="preserve"> </w:t>
      </w:r>
      <w:proofErr w:type="spellStart"/>
      <w:r w:rsidRPr="0083513D">
        <w:rPr>
          <w:rFonts w:cs="Times New Roman"/>
          <w:sz w:val="24"/>
          <w:szCs w:val="24"/>
        </w:rPr>
        <w:t>nodots</w:t>
      </w:r>
      <w:proofErr w:type="spellEnd"/>
      <w:r w:rsidRPr="0083513D">
        <w:rPr>
          <w:rFonts w:cs="Times New Roman"/>
          <w:sz w:val="24"/>
          <w:szCs w:val="24"/>
        </w:rPr>
        <w:t xml:space="preserve"> </w:t>
      </w:r>
      <w:proofErr w:type="spellStart"/>
      <w:r w:rsidRPr="0083513D">
        <w:rPr>
          <w:rFonts w:cs="Times New Roman"/>
          <w:sz w:val="24"/>
          <w:szCs w:val="24"/>
        </w:rPr>
        <w:t>lietošanā</w:t>
      </w:r>
      <w:proofErr w:type="spellEnd"/>
      <w:r w:rsidRPr="0083513D">
        <w:rPr>
          <w:rFonts w:cs="Times New Roman"/>
          <w:sz w:val="24"/>
          <w:szCs w:val="24"/>
        </w:rPr>
        <w:t xml:space="preserve"> ar mērķi: nodrošināt STEAM (zinātne, tehnoloģijas, inženierzinātnes, māksla, matemātika) izglītības nodarbības, nometnes un pedagogu tālākizglītības mācības.</w:t>
      </w:r>
    </w:p>
    <w:p w14:paraId="62FDDF22" w14:textId="15FCEF25"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Līgums</w:t>
      </w:r>
      <w:proofErr w:type="spellEnd"/>
      <w:r w:rsidRPr="0083513D">
        <w:rPr>
          <w:rFonts w:cs="Times New Roman"/>
          <w:sz w:val="24"/>
          <w:szCs w:val="24"/>
        </w:rPr>
        <w:t xml:space="preserve"> </w:t>
      </w:r>
      <w:proofErr w:type="spellStart"/>
      <w:r w:rsidRPr="0083513D">
        <w:rPr>
          <w:rFonts w:cs="Times New Roman"/>
          <w:sz w:val="24"/>
          <w:szCs w:val="24"/>
        </w:rPr>
        <w:t>stājas</w:t>
      </w:r>
      <w:proofErr w:type="spellEnd"/>
      <w:r w:rsidRPr="0083513D">
        <w:rPr>
          <w:rFonts w:cs="Times New Roman"/>
          <w:sz w:val="24"/>
          <w:szCs w:val="24"/>
        </w:rPr>
        <w:t xml:space="preserve"> </w:t>
      </w:r>
      <w:proofErr w:type="spellStart"/>
      <w:r w:rsidRPr="0083513D">
        <w:rPr>
          <w:rFonts w:cs="Times New Roman"/>
          <w:sz w:val="24"/>
          <w:szCs w:val="24"/>
        </w:rPr>
        <w:t>spēkā</w:t>
      </w:r>
      <w:proofErr w:type="spellEnd"/>
      <w:r w:rsidRPr="0083513D">
        <w:rPr>
          <w:rFonts w:cs="Times New Roman"/>
          <w:sz w:val="24"/>
          <w:szCs w:val="24"/>
        </w:rPr>
        <w:t xml:space="preserve"> </w:t>
      </w:r>
      <w:proofErr w:type="spellStart"/>
      <w:r w:rsidRPr="0083513D">
        <w:rPr>
          <w:rFonts w:cs="Times New Roman"/>
          <w:sz w:val="24"/>
          <w:szCs w:val="24"/>
        </w:rPr>
        <w:t>ar</w:t>
      </w:r>
      <w:proofErr w:type="spellEnd"/>
      <w:r w:rsidRPr="0083513D">
        <w:rPr>
          <w:rFonts w:cs="Times New Roman"/>
          <w:sz w:val="24"/>
          <w:szCs w:val="24"/>
        </w:rPr>
        <w:t xml:space="preserve"> </w:t>
      </w:r>
      <w:r w:rsidR="00E26374" w:rsidRPr="0083513D">
        <w:rPr>
          <w:rFonts w:cs="Times New Roman"/>
          <w:b/>
          <w:bCs/>
          <w:sz w:val="24"/>
          <w:szCs w:val="24"/>
        </w:rPr>
        <w:t xml:space="preserve">2026. gada 15. </w:t>
      </w:r>
      <w:proofErr w:type="spellStart"/>
      <w:r w:rsidR="00E26374" w:rsidRPr="0083513D">
        <w:rPr>
          <w:rFonts w:cs="Times New Roman"/>
          <w:b/>
          <w:bCs/>
          <w:sz w:val="24"/>
          <w:szCs w:val="24"/>
        </w:rPr>
        <w:t>septembri</w:t>
      </w:r>
      <w:proofErr w:type="spellEnd"/>
      <w:r w:rsidRPr="0083513D">
        <w:rPr>
          <w:rFonts w:cs="Times New Roman"/>
          <w:sz w:val="24"/>
          <w:szCs w:val="24"/>
        </w:rPr>
        <w:t xml:space="preserve"> un </w:t>
      </w:r>
      <w:proofErr w:type="spellStart"/>
      <w:r w:rsidRPr="0083513D">
        <w:rPr>
          <w:rFonts w:cs="Times New Roman"/>
          <w:sz w:val="24"/>
          <w:szCs w:val="24"/>
        </w:rPr>
        <w:t>ir</w:t>
      </w:r>
      <w:proofErr w:type="spellEnd"/>
      <w:r w:rsidRPr="0083513D">
        <w:rPr>
          <w:rFonts w:cs="Times New Roman"/>
          <w:sz w:val="24"/>
          <w:szCs w:val="24"/>
        </w:rPr>
        <w:t xml:space="preserve"> </w:t>
      </w:r>
      <w:proofErr w:type="spellStart"/>
      <w:r w:rsidRPr="0083513D">
        <w:rPr>
          <w:rFonts w:cs="Times New Roman"/>
          <w:sz w:val="24"/>
          <w:szCs w:val="24"/>
        </w:rPr>
        <w:t>spēkā</w:t>
      </w:r>
      <w:proofErr w:type="spellEnd"/>
      <w:r w:rsidRPr="0083513D">
        <w:rPr>
          <w:rFonts w:cs="Times New Roman"/>
          <w:sz w:val="24"/>
          <w:szCs w:val="24"/>
        </w:rPr>
        <w:t xml:space="preserve"> </w:t>
      </w:r>
      <w:r w:rsidRPr="0083513D">
        <w:rPr>
          <w:rFonts w:cs="Times New Roman"/>
          <w:b/>
          <w:sz w:val="24"/>
          <w:szCs w:val="24"/>
        </w:rPr>
        <w:t>5 (</w:t>
      </w:r>
      <w:proofErr w:type="spellStart"/>
      <w:r w:rsidRPr="0083513D">
        <w:rPr>
          <w:rFonts w:cs="Times New Roman"/>
          <w:b/>
          <w:sz w:val="24"/>
          <w:szCs w:val="24"/>
        </w:rPr>
        <w:t>piecus</w:t>
      </w:r>
      <w:proofErr w:type="spellEnd"/>
      <w:r w:rsidRPr="0083513D">
        <w:rPr>
          <w:rFonts w:cs="Times New Roman"/>
          <w:b/>
          <w:sz w:val="24"/>
          <w:szCs w:val="24"/>
        </w:rPr>
        <w:t xml:space="preserve">) </w:t>
      </w:r>
      <w:proofErr w:type="spellStart"/>
      <w:r w:rsidRPr="0083513D">
        <w:rPr>
          <w:rFonts w:cs="Times New Roman"/>
          <w:b/>
          <w:sz w:val="24"/>
          <w:szCs w:val="24"/>
        </w:rPr>
        <w:t>gadus</w:t>
      </w:r>
      <w:proofErr w:type="spellEnd"/>
      <w:r w:rsidR="00E140C7" w:rsidRPr="0083513D">
        <w:rPr>
          <w:rFonts w:cs="Times New Roman"/>
          <w:b/>
          <w:sz w:val="24"/>
          <w:szCs w:val="24"/>
        </w:rPr>
        <w:t xml:space="preserve"> </w:t>
      </w:r>
      <w:r w:rsidR="00E140C7" w:rsidRPr="0083513D">
        <w:rPr>
          <w:rFonts w:cs="Times New Roman"/>
          <w:bCs/>
          <w:sz w:val="24"/>
          <w:szCs w:val="24"/>
        </w:rPr>
        <w:t>(</w:t>
      </w:r>
      <w:proofErr w:type="spellStart"/>
      <w:r w:rsidRPr="0083513D">
        <w:rPr>
          <w:rFonts w:cs="Times New Roman"/>
          <w:sz w:val="24"/>
          <w:szCs w:val="24"/>
        </w:rPr>
        <w:t>līdz</w:t>
      </w:r>
      <w:proofErr w:type="spellEnd"/>
      <w:r w:rsidRPr="0083513D">
        <w:rPr>
          <w:rFonts w:cs="Times New Roman"/>
          <w:sz w:val="24"/>
          <w:szCs w:val="24"/>
        </w:rPr>
        <w:t xml:space="preserve"> 2031. gada </w:t>
      </w:r>
      <w:r w:rsidR="00E140C7" w:rsidRPr="0083513D">
        <w:rPr>
          <w:rFonts w:cs="Times New Roman"/>
          <w:sz w:val="24"/>
          <w:szCs w:val="24"/>
        </w:rPr>
        <w:t>14</w:t>
      </w:r>
      <w:r w:rsidRPr="0083513D">
        <w:rPr>
          <w:rFonts w:cs="Times New Roman"/>
          <w:sz w:val="24"/>
          <w:szCs w:val="24"/>
        </w:rPr>
        <w:t xml:space="preserve">. </w:t>
      </w:r>
      <w:proofErr w:type="spellStart"/>
      <w:r w:rsidR="00E140C7" w:rsidRPr="0083513D">
        <w:rPr>
          <w:rFonts w:cs="Times New Roman"/>
          <w:sz w:val="24"/>
          <w:szCs w:val="24"/>
        </w:rPr>
        <w:t>septembrim</w:t>
      </w:r>
      <w:proofErr w:type="spellEnd"/>
      <w:r w:rsidR="00E140C7" w:rsidRPr="0083513D">
        <w:rPr>
          <w:rFonts w:cs="Times New Roman"/>
          <w:sz w:val="24"/>
          <w:szCs w:val="24"/>
        </w:rPr>
        <w:t>)</w:t>
      </w:r>
      <w:r w:rsidRPr="0083513D">
        <w:rPr>
          <w:rFonts w:cs="Times New Roman"/>
          <w:sz w:val="24"/>
          <w:szCs w:val="24"/>
        </w:rPr>
        <w:t>.</w:t>
      </w:r>
    </w:p>
    <w:p w14:paraId="406603A7" w14:textId="5966AAFC" w:rsidR="00E644B0" w:rsidRPr="0083513D" w:rsidRDefault="00DB3176" w:rsidP="0083513D">
      <w:pPr>
        <w:pStyle w:val="Sarakstarindkopa"/>
        <w:numPr>
          <w:ilvl w:val="1"/>
          <w:numId w:val="11"/>
        </w:numPr>
        <w:spacing w:after="0" w:line="240" w:lineRule="auto"/>
        <w:jc w:val="both"/>
        <w:rPr>
          <w:rFonts w:cs="Times New Roman"/>
          <w:sz w:val="24"/>
          <w:szCs w:val="24"/>
        </w:rPr>
      </w:pPr>
      <w:r w:rsidRPr="0083513D">
        <w:rPr>
          <w:rFonts w:cs="Times New Roman"/>
          <w:sz w:val="24"/>
          <w:szCs w:val="24"/>
        </w:rPr>
        <w:t xml:space="preserve">Pašvaldība </w:t>
      </w:r>
      <w:proofErr w:type="spellStart"/>
      <w:r w:rsidRPr="0083513D">
        <w:rPr>
          <w:rFonts w:cs="Times New Roman"/>
          <w:sz w:val="24"/>
          <w:szCs w:val="24"/>
        </w:rPr>
        <w:t>nodod</w:t>
      </w:r>
      <w:proofErr w:type="spellEnd"/>
      <w:r w:rsidRPr="0083513D">
        <w:rPr>
          <w:rFonts w:cs="Times New Roman"/>
          <w:sz w:val="24"/>
          <w:szCs w:val="24"/>
        </w:rPr>
        <w:t xml:space="preserve">, un </w:t>
      </w:r>
      <w:proofErr w:type="spellStart"/>
      <w:r w:rsidRPr="0083513D">
        <w:rPr>
          <w:rFonts w:cs="Times New Roman"/>
          <w:sz w:val="24"/>
          <w:szCs w:val="24"/>
        </w:rPr>
        <w:t>Lietotājs</w:t>
      </w:r>
      <w:proofErr w:type="spellEnd"/>
      <w:r w:rsidRPr="0083513D">
        <w:rPr>
          <w:rFonts w:cs="Times New Roman"/>
          <w:sz w:val="24"/>
          <w:szCs w:val="24"/>
        </w:rPr>
        <w:t xml:space="preserve"> </w:t>
      </w:r>
      <w:proofErr w:type="spellStart"/>
      <w:r w:rsidRPr="0083513D">
        <w:rPr>
          <w:rFonts w:cs="Times New Roman"/>
          <w:sz w:val="24"/>
          <w:szCs w:val="24"/>
        </w:rPr>
        <w:t>pieņem</w:t>
      </w:r>
      <w:proofErr w:type="spellEnd"/>
      <w:r w:rsidRPr="0083513D">
        <w:rPr>
          <w:rFonts w:cs="Times New Roman"/>
          <w:sz w:val="24"/>
          <w:szCs w:val="24"/>
        </w:rPr>
        <w:t xml:space="preserve"> Objektu lietošanā, abpusēji parakstot nodošanas–pieņemšanas aktu, kurā tiek fiksēts Objekta stāvoklis nodošanas brīdī. Pēc abpusējas parakstīšanas nodošanas–pieņemšanas akts kļūst par Līguma neatņemamu sastāvdaļu.</w:t>
      </w:r>
    </w:p>
    <w:p w14:paraId="47F117F8" w14:textId="1F70E020" w:rsidR="0083513D" w:rsidRDefault="00DB3176" w:rsidP="0083513D">
      <w:pPr>
        <w:pStyle w:val="Sarakstarindkopa"/>
        <w:numPr>
          <w:ilvl w:val="1"/>
          <w:numId w:val="11"/>
        </w:numPr>
        <w:spacing w:line="240" w:lineRule="auto"/>
        <w:jc w:val="both"/>
        <w:rPr>
          <w:rFonts w:cs="Times New Roman"/>
          <w:sz w:val="24"/>
          <w:szCs w:val="24"/>
        </w:rPr>
      </w:pPr>
      <w:r w:rsidRPr="0083513D">
        <w:rPr>
          <w:rFonts w:cs="Times New Roman"/>
          <w:sz w:val="24"/>
          <w:szCs w:val="24"/>
        </w:rPr>
        <w:t xml:space="preserve">Pašvaldība </w:t>
      </w:r>
      <w:proofErr w:type="spellStart"/>
      <w:r w:rsidRPr="0083513D">
        <w:rPr>
          <w:rFonts w:cs="Times New Roman"/>
          <w:sz w:val="24"/>
          <w:szCs w:val="24"/>
        </w:rPr>
        <w:t>piekrīt</w:t>
      </w:r>
      <w:proofErr w:type="spellEnd"/>
      <w:r w:rsidRPr="0083513D">
        <w:rPr>
          <w:rFonts w:cs="Times New Roman"/>
          <w:sz w:val="24"/>
          <w:szCs w:val="24"/>
        </w:rPr>
        <w:t xml:space="preserve">, ka </w:t>
      </w:r>
      <w:proofErr w:type="spellStart"/>
      <w:r w:rsidRPr="0083513D">
        <w:rPr>
          <w:rFonts w:cs="Times New Roman"/>
          <w:sz w:val="24"/>
          <w:szCs w:val="24"/>
        </w:rPr>
        <w:t>Līguma</w:t>
      </w:r>
      <w:proofErr w:type="spellEnd"/>
      <w:r w:rsidRPr="0083513D">
        <w:rPr>
          <w:rFonts w:cs="Times New Roman"/>
          <w:sz w:val="24"/>
          <w:szCs w:val="24"/>
        </w:rPr>
        <w:t xml:space="preserve"> </w:t>
      </w:r>
      <w:proofErr w:type="spellStart"/>
      <w:r w:rsidRPr="0083513D">
        <w:rPr>
          <w:rFonts w:cs="Times New Roman"/>
          <w:sz w:val="24"/>
          <w:szCs w:val="24"/>
        </w:rPr>
        <w:t>darbības</w:t>
      </w:r>
      <w:proofErr w:type="spellEnd"/>
      <w:r w:rsidRPr="0083513D">
        <w:rPr>
          <w:rFonts w:cs="Times New Roman"/>
          <w:sz w:val="24"/>
          <w:szCs w:val="24"/>
        </w:rPr>
        <w:t xml:space="preserve"> </w:t>
      </w:r>
      <w:proofErr w:type="spellStart"/>
      <w:r w:rsidRPr="0083513D">
        <w:rPr>
          <w:rFonts w:cs="Times New Roman"/>
          <w:sz w:val="24"/>
          <w:szCs w:val="24"/>
        </w:rPr>
        <w:t>laikā</w:t>
      </w:r>
      <w:proofErr w:type="spellEnd"/>
      <w:r w:rsidRPr="0083513D">
        <w:rPr>
          <w:rFonts w:cs="Times New Roman"/>
          <w:sz w:val="24"/>
          <w:szCs w:val="24"/>
        </w:rPr>
        <w:t xml:space="preserve"> </w:t>
      </w:r>
      <w:proofErr w:type="spellStart"/>
      <w:r w:rsidRPr="0083513D">
        <w:rPr>
          <w:rFonts w:cs="Times New Roman"/>
          <w:sz w:val="24"/>
          <w:szCs w:val="24"/>
        </w:rPr>
        <w:t>Objektu</w:t>
      </w:r>
      <w:proofErr w:type="spellEnd"/>
      <w:r w:rsidRPr="0083513D">
        <w:rPr>
          <w:rFonts w:cs="Times New Roman"/>
          <w:sz w:val="24"/>
          <w:szCs w:val="24"/>
        </w:rPr>
        <w:t xml:space="preserve"> </w:t>
      </w:r>
      <w:proofErr w:type="spellStart"/>
      <w:r w:rsidRPr="0083513D">
        <w:rPr>
          <w:rFonts w:cs="Times New Roman"/>
          <w:sz w:val="24"/>
          <w:szCs w:val="24"/>
        </w:rPr>
        <w:t>lietos</w:t>
      </w:r>
      <w:proofErr w:type="spellEnd"/>
      <w:r w:rsidRPr="0083513D">
        <w:rPr>
          <w:rFonts w:cs="Times New Roman"/>
          <w:sz w:val="24"/>
          <w:szCs w:val="24"/>
        </w:rPr>
        <w:t xml:space="preserve"> </w:t>
      </w:r>
      <w:proofErr w:type="spellStart"/>
      <w:r w:rsidRPr="0083513D">
        <w:rPr>
          <w:rFonts w:cs="Times New Roman"/>
          <w:sz w:val="24"/>
          <w:szCs w:val="24"/>
        </w:rPr>
        <w:t>Lietotājs</w:t>
      </w:r>
      <w:proofErr w:type="spellEnd"/>
      <w:r w:rsidRPr="0083513D">
        <w:rPr>
          <w:rFonts w:cs="Times New Roman"/>
          <w:sz w:val="24"/>
          <w:szCs w:val="24"/>
        </w:rPr>
        <w:t xml:space="preserve">, </w:t>
      </w:r>
      <w:proofErr w:type="spellStart"/>
      <w:r w:rsidRPr="0083513D">
        <w:rPr>
          <w:rFonts w:cs="Times New Roman"/>
          <w:sz w:val="24"/>
          <w:szCs w:val="24"/>
        </w:rPr>
        <w:t>tā</w:t>
      </w:r>
      <w:proofErr w:type="spellEnd"/>
      <w:r w:rsidRPr="0083513D">
        <w:rPr>
          <w:rFonts w:cs="Times New Roman"/>
          <w:sz w:val="24"/>
          <w:szCs w:val="24"/>
        </w:rPr>
        <w:t xml:space="preserve"> </w:t>
      </w:r>
      <w:proofErr w:type="spellStart"/>
      <w:r w:rsidRPr="0083513D">
        <w:rPr>
          <w:rFonts w:cs="Times New Roman"/>
          <w:sz w:val="24"/>
          <w:szCs w:val="24"/>
        </w:rPr>
        <w:t>darbinieki</w:t>
      </w:r>
      <w:proofErr w:type="spellEnd"/>
      <w:r w:rsidRPr="0083513D">
        <w:rPr>
          <w:rFonts w:cs="Times New Roman"/>
          <w:sz w:val="24"/>
          <w:szCs w:val="24"/>
        </w:rPr>
        <w:t xml:space="preserve">, </w:t>
      </w:r>
      <w:proofErr w:type="spellStart"/>
      <w:r w:rsidRPr="0083513D">
        <w:rPr>
          <w:rFonts w:cs="Times New Roman"/>
          <w:sz w:val="24"/>
          <w:szCs w:val="24"/>
        </w:rPr>
        <w:t>piesaistītie</w:t>
      </w:r>
      <w:proofErr w:type="spellEnd"/>
      <w:r w:rsidRPr="0083513D">
        <w:rPr>
          <w:rFonts w:cs="Times New Roman"/>
          <w:sz w:val="24"/>
          <w:szCs w:val="24"/>
        </w:rPr>
        <w:t xml:space="preserve"> </w:t>
      </w:r>
      <w:proofErr w:type="spellStart"/>
      <w:r w:rsidRPr="0083513D">
        <w:rPr>
          <w:rFonts w:cs="Times New Roman"/>
          <w:sz w:val="24"/>
          <w:szCs w:val="24"/>
        </w:rPr>
        <w:t>speciālisti</w:t>
      </w:r>
      <w:proofErr w:type="spellEnd"/>
      <w:r w:rsidRPr="0083513D">
        <w:rPr>
          <w:rFonts w:cs="Times New Roman"/>
          <w:sz w:val="24"/>
          <w:szCs w:val="24"/>
        </w:rPr>
        <w:t xml:space="preserve"> un </w:t>
      </w:r>
      <w:proofErr w:type="spellStart"/>
      <w:r w:rsidRPr="0083513D">
        <w:rPr>
          <w:rFonts w:cs="Times New Roman"/>
          <w:sz w:val="24"/>
          <w:szCs w:val="24"/>
        </w:rPr>
        <w:t>nodarbību</w:t>
      </w:r>
      <w:proofErr w:type="spellEnd"/>
      <w:r w:rsidRPr="0083513D">
        <w:rPr>
          <w:rFonts w:cs="Times New Roman"/>
          <w:sz w:val="24"/>
          <w:szCs w:val="24"/>
        </w:rPr>
        <w:t>/</w:t>
      </w:r>
      <w:proofErr w:type="spellStart"/>
      <w:r w:rsidRPr="0083513D">
        <w:rPr>
          <w:rFonts w:cs="Times New Roman"/>
          <w:sz w:val="24"/>
          <w:szCs w:val="24"/>
        </w:rPr>
        <w:t>pasākumu</w:t>
      </w:r>
      <w:proofErr w:type="spellEnd"/>
      <w:r w:rsidRPr="0083513D">
        <w:rPr>
          <w:rFonts w:cs="Times New Roman"/>
          <w:sz w:val="24"/>
          <w:szCs w:val="24"/>
        </w:rPr>
        <w:t xml:space="preserve"> </w:t>
      </w:r>
      <w:proofErr w:type="spellStart"/>
      <w:r w:rsidRPr="0083513D">
        <w:rPr>
          <w:rFonts w:cs="Times New Roman"/>
          <w:sz w:val="24"/>
          <w:szCs w:val="24"/>
        </w:rPr>
        <w:t>apmeklētāji</w:t>
      </w:r>
      <w:proofErr w:type="spellEnd"/>
      <w:r w:rsidRPr="0083513D">
        <w:rPr>
          <w:rFonts w:cs="Times New Roman"/>
          <w:sz w:val="24"/>
          <w:szCs w:val="24"/>
        </w:rPr>
        <w:t>.</w:t>
      </w:r>
    </w:p>
    <w:p w14:paraId="67D1996E" w14:textId="77777777" w:rsidR="00322741" w:rsidRDefault="00322741" w:rsidP="00322741">
      <w:pPr>
        <w:pStyle w:val="Sarakstarindkopa"/>
        <w:spacing w:line="240" w:lineRule="auto"/>
        <w:ind w:left="795"/>
        <w:jc w:val="both"/>
        <w:rPr>
          <w:rFonts w:cs="Times New Roman"/>
          <w:sz w:val="24"/>
          <w:szCs w:val="24"/>
        </w:rPr>
      </w:pPr>
    </w:p>
    <w:p w14:paraId="338C123F" w14:textId="1DADDF19" w:rsidR="00E644B0" w:rsidRPr="0083513D" w:rsidRDefault="00DB3176" w:rsidP="00322741">
      <w:pPr>
        <w:pStyle w:val="Sarakstarindkopa"/>
        <w:numPr>
          <w:ilvl w:val="0"/>
          <w:numId w:val="11"/>
        </w:numPr>
        <w:spacing w:before="240" w:line="360" w:lineRule="auto"/>
        <w:jc w:val="center"/>
        <w:rPr>
          <w:rFonts w:cs="Times New Roman"/>
          <w:sz w:val="24"/>
          <w:szCs w:val="24"/>
        </w:rPr>
      </w:pPr>
      <w:r w:rsidRPr="0083513D">
        <w:rPr>
          <w:rFonts w:cs="Times New Roman"/>
          <w:b/>
          <w:sz w:val="24"/>
          <w:szCs w:val="24"/>
        </w:rPr>
        <w:t>PĀRSTĀVĪBAS NOTEIKUMI</w:t>
      </w:r>
    </w:p>
    <w:p w14:paraId="1FA4C4B2" w14:textId="7E41BD1C"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Puses</w:t>
      </w:r>
      <w:proofErr w:type="spellEnd"/>
      <w:r w:rsidRPr="0083513D">
        <w:rPr>
          <w:rFonts w:cs="Times New Roman"/>
          <w:sz w:val="24"/>
          <w:szCs w:val="24"/>
        </w:rPr>
        <w:t xml:space="preserve"> </w:t>
      </w:r>
      <w:proofErr w:type="spellStart"/>
      <w:r w:rsidRPr="0083513D">
        <w:rPr>
          <w:rFonts w:cs="Times New Roman"/>
          <w:sz w:val="24"/>
          <w:szCs w:val="24"/>
        </w:rPr>
        <w:t>vienojas</w:t>
      </w:r>
      <w:proofErr w:type="spellEnd"/>
      <w:r w:rsidRPr="0083513D">
        <w:rPr>
          <w:rFonts w:cs="Times New Roman"/>
          <w:sz w:val="24"/>
          <w:szCs w:val="24"/>
        </w:rPr>
        <w:t xml:space="preserve">, ka </w:t>
      </w:r>
      <w:proofErr w:type="spellStart"/>
      <w:r w:rsidRPr="0083513D">
        <w:rPr>
          <w:rFonts w:cs="Times New Roman"/>
          <w:sz w:val="24"/>
          <w:szCs w:val="24"/>
        </w:rPr>
        <w:t>ar</w:t>
      </w:r>
      <w:proofErr w:type="spellEnd"/>
      <w:r w:rsidRPr="0083513D">
        <w:rPr>
          <w:rFonts w:cs="Times New Roman"/>
          <w:sz w:val="24"/>
          <w:szCs w:val="24"/>
        </w:rPr>
        <w:t xml:space="preserve"> Līguma izpildi saistītos jautājumus risina šādi Pušu pilnvarotie pārstāvji:</w:t>
      </w:r>
    </w:p>
    <w:p w14:paraId="0F1A90EC" w14:textId="5C8F873C"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Pašvaldības</w:t>
      </w:r>
      <w:proofErr w:type="spellEnd"/>
      <w:r w:rsidRPr="0083513D">
        <w:rPr>
          <w:rFonts w:cs="Times New Roman"/>
          <w:sz w:val="24"/>
          <w:szCs w:val="24"/>
        </w:rPr>
        <w:t xml:space="preserve"> </w:t>
      </w:r>
      <w:proofErr w:type="spellStart"/>
      <w:r w:rsidRPr="0083513D">
        <w:rPr>
          <w:rFonts w:cs="Times New Roman"/>
          <w:sz w:val="24"/>
          <w:szCs w:val="24"/>
        </w:rPr>
        <w:t>pārstāvis</w:t>
      </w:r>
      <w:proofErr w:type="spellEnd"/>
      <w:r w:rsidRPr="0083513D">
        <w:rPr>
          <w:rFonts w:cs="Times New Roman"/>
          <w:sz w:val="24"/>
          <w:szCs w:val="24"/>
        </w:rPr>
        <w:t xml:space="preserve">: </w:t>
      </w:r>
      <w:r w:rsidR="00FC78D3" w:rsidRPr="00FC78D3">
        <w:rPr>
          <w:rFonts w:cs="Times New Roman"/>
          <w:sz w:val="24"/>
          <w:szCs w:val="24"/>
        </w:rPr>
        <w:t xml:space="preserve">Madonas </w:t>
      </w:r>
      <w:proofErr w:type="spellStart"/>
      <w:r w:rsidR="00FC78D3" w:rsidRPr="00FC78D3">
        <w:rPr>
          <w:rFonts w:cs="Times New Roman"/>
          <w:sz w:val="24"/>
          <w:szCs w:val="24"/>
        </w:rPr>
        <w:t>pilsētas</w:t>
      </w:r>
      <w:proofErr w:type="spellEnd"/>
      <w:r w:rsidR="00FC78D3" w:rsidRPr="00FC78D3">
        <w:rPr>
          <w:rFonts w:cs="Times New Roman"/>
          <w:sz w:val="24"/>
          <w:szCs w:val="24"/>
        </w:rPr>
        <w:t xml:space="preserve"> </w:t>
      </w:r>
      <w:proofErr w:type="spellStart"/>
      <w:r w:rsidR="00FC78D3" w:rsidRPr="00FC78D3">
        <w:rPr>
          <w:rFonts w:cs="Times New Roman"/>
          <w:sz w:val="24"/>
          <w:szCs w:val="24"/>
        </w:rPr>
        <w:t>pirmsskolas</w:t>
      </w:r>
      <w:proofErr w:type="spellEnd"/>
      <w:r w:rsidR="00FC78D3" w:rsidRPr="00FC78D3">
        <w:rPr>
          <w:rFonts w:cs="Times New Roman"/>
          <w:sz w:val="24"/>
          <w:szCs w:val="24"/>
        </w:rPr>
        <w:t xml:space="preserve"> </w:t>
      </w:r>
      <w:proofErr w:type="spellStart"/>
      <w:r w:rsidR="00FC78D3" w:rsidRPr="00FC78D3">
        <w:rPr>
          <w:rFonts w:cs="Times New Roman"/>
          <w:sz w:val="24"/>
          <w:szCs w:val="24"/>
        </w:rPr>
        <w:t>izglītības</w:t>
      </w:r>
      <w:proofErr w:type="spellEnd"/>
      <w:r w:rsidR="00FC78D3" w:rsidRPr="00FC78D3">
        <w:rPr>
          <w:rFonts w:cs="Times New Roman"/>
          <w:sz w:val="24"/>
          <w:szCs w:val="24"/>
        </w:rPr>
        <w:t xml:space="preserve"> </w:t>
      </w:r>
      <w:proofErr w:type="spellStart"/>
      <w:r w:rsidR="00FC78D3" w:rsidRPr="00FC78D3">
        <w:rPr>
          <w:rFonts w:cs="Times New Roman"/>
          <w:sz w:val="24"/>
          <w:szCs w:val="24"/>
        </w:rPr>
        <w:t>iestāde</w:t>
      </w:r>
      <w:r w:rsidR="00FC78D3">
        <w:rPr>
          <w:rFonts w:cs="Times New Roman"/>
          <w:sz w:val="24"/>
          <w:szCs w:val="24"/>
        </w:rPr>
        <w:t>s</w:t>
      </w:r>
      <w:proofErr w:type="spellEnd"/>
      <w:r w:rsidR="00FC78D3" w:rsidRPr="00FC78D3">
        <w:rPr>
          <w:rFonts w:cs="Times New Roman"/>
          <w:sz w:val="24"/>
          <w:szCs w:val="24"/>
        </w:rPr>
        <w:t xml:space="preserve"> "</w:t>
      </w:r>
      <w:proofErr w:type="spellStart"/>
      <w:r w:rsidR="00FC78D3" w:rsidRPr="00FC78D3">
        <w:rPr>
          <w:rFonts w:cs="Times New Roman"/>
          <w:sz w:val="24"/>
          <w:szCs w:val="24"/>
        </w:rPr>
        <w:t>Priedīte</w:t>
      </w:r>
      <w:proofErr w:type="spellEnd"/>
      <w:r w:rsidR="00FC78D3" w:rsidRPr="00FC78D3">
        <w:rPr>
          <w:rFonts w:cs="Times New Roman"/>
          <w:sz w:val="24"/>
          <w:szCs w:val="24"/>
        </w:rPr>
        <w:t>"</w:t>
      </w:r>
      <w:r w:rsidR="00FC78D3">
        <w:rPr>
          <w:rFonts w:cs="Times New Roman"/>
          <w:sz w:val="24"/>
          <w:szCs w:val="24"/>
        </w:rPr>
        <w:t xml:space="preserve"> </w:t>
      </w:r>
      <w:proofErr w:type="spellStart"/>
      <w:r w:rsidR="00FC78D3">
        <w:rPr>
          <w:rFonts w:cs="Times New Roman"/>
          <w:sz w:val="24"/>
          <w:szCs w:val="24"/>
        </w:rPr>
        <w:t>vadītāja</w:t>
      </w:r>
      <w:proofErr w:type="spellEnd"/>
      <w:r w:rsidR="00FC78D3">
        <w:rPr>
          <w:rFonts w:cs="Times New Roman"/>
          <w:sz w:val="24"/>
          <w:szCs w:val="24"/>
        </w:rPr>
        <w:t xml:space="preserve"> </w:t>
      </w:r>
      <w:proofErr w:type="spellStart"/>
      <w:r w:rsidR="00FC78D3" w:rsidRPr="00FC78D3">
        <w:rPr>
          <w:rFonts w:cs="Times New Roman"/>
          <w:sz w:val="24"/>
          <w:szCs w:val="24"/>
        </w:rPr>
        <w:t>Edīte</w:t>
      </w:r>
      <w:proofErr w:type="spellEnd"/>
      <w:r w:rsidR="00FC78D3" w:rsidRPr="00FC78D3">
        <w:rPr>
          <w:rFonts w:cs="Times New Roman"/>
          <w:sz w:val="24"/>
          <w:szCs w:val="24"/>
        </w:rPr>
        <w:t xml:space="preserve"> </w:t>
      </w:r>
      <w:proofErr w:type="spellStart"/>
      <w:r w:rsidR="00FC78D3" w:rsidRPr="00FC78D3">
        <w:rPr>
          <w:rFonts w:cs="Times New Roman"/>
          <w:sz w:val="24"/>
          <w:szCs w:val="24"/>
        </w:rPr>
        <w:t>Strautmane</w:t>
      </w:r>
      <w:proofErr w:type="spellEnd"/>
      <w:r w:rsidRPr="0083513D">
        <w:rPr>
          <w:rFonts w:cs="Times New Roman"/>
          <w:sz w:val="24"/>
          <w:szCs w:val="24"/>
        </w:rPr>
        <w:t xml:space="preserve">, </w:t>
      </w:r>
      <w:proofErr w:type="spellStart"/>
      <w:r w:rsidRPr="0083513D">
        <w:rPr>
          <w:rFonts w:cs="Times New Roman"/>
          <w:sz w:val="24"/>
          <w:szCs w:val="24"/>
        </w:rPr>
        <w:t>tālrunis</w:t>
      </w:r>
      <w:proofErr w:type="spellEnd"/>
      <w:r w:rsidRPr="0083513D">
        <w:rPr>
          <w:rFonts w:cs="Times New Roman"/>
          <w:sz w:val="24"/>
          <w:szCs w:val="24"/>
        </w:rPr>
        <w:t xml:space="preserve">: +371 </w:t>
      </w:r>
      <w:r w:rsidR="00FC78D3" w:rsidRPr="00FC78D3">
        <w:rPr>
          <w:rFonts w:cs="Times New Roman"/>
          <w:sz w:val="24"/>
          <w:szCs w:val="24"/>
        </w:rPr>
        <w:t>20270666</w:t>
      </w:r>
      <w:r w:rsidRPr="0083513D">
        <w:rPr>
          <w:rFonts w:cs="Times New Roman"/>
          <w:sz w:val="24"/>
          <w:szCs w:val="24"/>
        </w:rPr>
        <w:t xml:space="preserve">, e-pasts: </w:t>
      </w:r>
      <w:hyperlink r:id="rId8" w:history="1">
        <w:r w:rsidR="00FC78D3" w:rsidRPr="00A07C12">
          <w:rPr>
            <w:rStyle w:val="Hipersaite"/>
            <w:rFonts w:cs="Times New Roman"/>
            <w:sz w:val="24"/>
            <w:szCs w:val="24"/>
          </w:rPr>
          <w:t>madonaspriedite@madona.edu.lv</w:t>
        </w:r>
      </w:hyperlink>
      <w:r w:rsidR="00FC78D3">
        <w:rPr>
          <w:rFonts w:cs="Times New Roman"/>
          <w:sz w:val="24"/>
          <w:szCs w:val="24"/>
        </w:rPr>
        <w:t xml:space="preserve"> </w:t>
      </w:r>
      <w:r w:rsidRPr="0083513D">
        <w:rPr>
          <w:rFonts w:cs="Times New Roman"/>
          <w:sz w:val="24"/>
          <w:szCs w:val="24"/>
        </w:rPr>
        <w:t>.</w:t>
      </w:r>
    </w:p>
    <w:p w14:paraId="09366051" w14:textId="6402BD14"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Lietotāja</w:t>
      </w:r>
      <w:proofErr w:type="spellEnd"/>
      <w:r w:rsidRPr="0083513D">
        <w:rPr>
          <w:rFonts w:cs="Times New Roman"/>
          <w:sz w:val="24"/>
          <w:szCs w:val="24"/>
        </w:rPr>
        <w:t xml:space="preserve"> </w:t>
      </w:r>
      <w:proofErr w:type="spellStart"/>
      <w:r w:rsidRPr="0083513D">
        <w:rPr>
          <w:rFonts w:cs="Times New Roman"/>
          <w:sz w:val="24"/>
          <w:szCs w:val="24"/>
        </w:rPr>
        <w:t>pārstāvis</w:t>
      </w:r>
      <w:proofErr w:type="spellEnd"/>
      <w:r w:rsidRPr="0083513D">
        <w:rPr>
          <w:rFonts w:cs="Times New Roman"/>
          <w:sz w:val="24"/>
          <w:szCs w:val="24"/>
        </w:rPr>
        <w:t xml:space="preserve">: </w:t>
      </w:r>
      <w:r w:rsidR="00AF4801" w:rsidRPr="0083513D">
        <w:rPr>
          <w:rFonts w:cs="Times New Roman"/>
          <w:sz w:val="24"/>
          <w:szCs w:val="24"/>
        </w:rPr>
        <w:t xml:space="preserve">SIA "EVO Group" </w:t>
      </w:r>
      <w:proofErr w:type="spellStart"/>
      <w:r w:rsidRPr="0083513D">
        <w:rPr>
          <w:rFonts w:cs="Times New Roman"/>
          <w:sz w:val="24"/>
          <w:szCs w:val="24"/>
        </w:rPr>
        <w:t>valdes</w:t>
      </w:r>
      <w:proofErr w:type="spellEnd"/>
      <w:r w:rsidRPr="0083513D">
        <w:rPr>
          <w:rFonts w:cs="Times New Roman"/>
          <w:sz w:val="24"/>
          <w:szCs w:val="24"/>
        </w:rPr>
        <w:t xml:space="preserve"> </w:t>
      </w:r>
      <w:proofErr w:type="spellStart"/>
      <w:r w:rsidRPr="0083513D">
        <w:rPr>
          <w:rFonts w:cs="Times New Roman"/>
          <w:sz w:val="24"/>
          <w:szCs w:val="24"/>
        </w:rPr>
        <w:t>priekšsēdētāja</w:t>
      </w:r>
      <w:proofErr w:type="spellEnd"/>
      <w:r w:rsidRPr="0083513D">
        <w:rPr>
          <w:rFonts w:cs="Times New Roman"/>
          <w:sz w:val="24"/>
          <w:szCs w:val="24"/>
        </w:rPr>
        <w:t xml:space="preserve"> Linda </w:t>
      </w:r>
      <w:proofErr w:type="spellStart"/>
      <w:r w:rsidRPr="0083513D">
        <w:rPr>
          <w:rFonts w:cs="Times New Roman"/>
          <w:sz w:val="24"/>
          <w:szCs w:val="24"/>
        </w:rPr>
        <w:t>Liepiņa</w:t>
      </w:r>
      <w:proofErr w:type="spellEnd"/>
      <w:r w:rsidRPr="0083513D">
        <w:rPr>
          <w:rFonts w:cs="Times New Roman"/>
          <w:sz w:val="24"/>
          <w:szCs w:val="24"/>
        </w:rPr>
        <w:t xml:space="preserve">, tālrunis: +371 28688464, e-pasts: </w:t>
      </w:r>
      <w:hyperlink r:id="rId9" w:history="1">
        <w:r w:rsidR="00FC78D3" w:rsidRPr="00A07C12">
          <w:rPr>
            <w:rStyle w:val="Hipersaite"/>
            <w:rFonts w:cs="Times New Roman"/>
            <w:sz w:val="24"/>
            <w:szCs w:val="24"/>
          </w:rPr>
          <w:t>roboskola@roboskola.lv</w:t>
        </w:r>
      </w:hyperlink>
      <w:r w:rsidR="00FC78D3">
        <w:rPr>
          <w:rFonts w:cs="Times New Roman"/>
          <w:sz w:val="24"/>
          <w:szCs w:val="24"/>
        </w:rPr>
        <w:t xml:space="preserve"> </w:t>
      </w:r>
      <w:r w:rsidRPr="0083513D">
        <w:rPr>
          <w:rFonts w:cs="Times New Roman"/>
          <w:sz w:val="24"/>
          <w:szCs w:val="24"/>
        </w:rPr>
        <w:t>.</w:t>
      </w:r>
    </w:p>
    <w:p w14:paraId="0619A7D8" w14:textId="27C890CB"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Pilnvarotie</w:t>
      </w:r>
      <w:proofErr w:type="spellEnd"/>
      <w:r w:rsidRPr="0083513D">
        <w:rPr>
          <w:rFonts w:cs="Times New Roman"/>
          <w:sz w:val="24"/>
          <w:szCs w:val="24"/>
        </w:rPr>
        <w:t xml:space="preserve"> </w:t>
      </w:r>
      <w:proofErr w:type="spellStart"/>
      <w:r w:rsidRPr="0083513D">
        <w:rPr>
          <w:rFonts w:cs="Times New Roman"/>
          <w:sz w:val="24"/>
          <w:szCs w:val="24"/>
        </w:rPr>
        <w:t>pārstāvji</w:t>
      </w:r>
      <w:proofErr w:type="spellEnd"/>
      <w:r w:rsidRPr="0083513D">
        <w:rPr>
          <w:rFonts w:cs="Times New Roman"/>
          <w:sz w:val="24"/>
          <w:szCs w:val="24"/>
        </w:rPr>
        <w:t xml:space="preserve">, </w:t>
      </w:r>
      <w:proofErr w:type="spellStart"/>
      <w:r w:rsidRPr="0083513D">
        <w:rPr>
          <w:rFonts w:cs="Times New Roman"/>
          <w:sz w:val="24"/>
          <w:szCs w:val="24"/>
        </w:rPr>
        <w:t>veicot</w:t>
      </w:r>
      <w:proofErr w:type="spellEnd"/>
      <w:r w:rsidRPr="0083513D">
        <w:rPr>
          <w:rFonts w:cs="Times New Roman"/>
          <w:sz w:val="24"/>
          <w:szCs w:val="24"/>
        </w:rPr>
        <w:t xml:space="preserve"> </w:t>
      </w:r>
      <w:proofErr w:type="spellStart"/>
      <w:r w:rsidRPr="0083513D">
        <w:rPr>
          <w:rFonts w:cs="Times New Roman"/>
          <w:sz w:val="24"/>
          <w:szCs w:val="24"/>
        </w:rPr>
        <w:t>savstarpējo</w:t>
      </w:r>
      <w:proofErr w:type="spellEnd"/>
      <w:r w:rsidRPr="0083513D">
        <w:rPr>
          <w:rFonts w:cs="Times New Roman"/>
          <w:sz w:val="24"/>
          <w:szCs w:val="24"/>
        </w:rPr>
        <w:t xml:space="preserve"> saziņu, izmanto šī Līguma 2.1.1. un 2.1.2. apakšpunktā minētos rekvizītus.</w:t>
      </w:r>
    </w:p>
    <w:p w14:paraId="2148C796" w14:textId="59353565"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Pašvaldības</w:t>
      </w:r>
      <w:proofErr w:type="spellEnd"/>
      <w:r w:rsidRPr="0083513D">
        <w:rPr>
          <w:rFonts w:cs="Times New Roman"/>
          <w:sz w:val="24"/>
          <w:szCs w:val="24"/>
        </w:rPr>
        <w:t xml:space="preserve"> </w:t>
      </w:r>
      <w:proofErr w:type="spellStart"/>
      <w:r w:rsidRPr="0083513D">
        <w:rPr>
          <w:rFonts w:cs="Times New Roman"/>
          <w:sz w:val="24"/>
          <w:szCs w:val="24"/>
        </w:rPr>
        <w:t>pilnvarotais</w:t>
      </w:r>
      <w:proofErr w:type="spellEnd"/>
      <w:r w:rsidRPr="0083513D">
        <w:rPr>
          <w:rFonts w:cs="Times New Roman"/>
          <w:sz w:val="24"/>
          <w:szCs w:val="24"/>
        </w:rPr>
        <w:t xml:space="preserve"> </w:t>
      </w:r>
      <w:proofErr w:type="spellStart"/>
      <w:r w:rsidRPr="0083513D">
        <w:rPr>
          <w:rFonts w:cs="Times New Roman"/>
          <w:sz w:val="24"/>
          <w:szCs w:val="24"/>
        </w:rPr>
        <w:t>pārstāvis</w:t>
      </w:r>
      <w:proofErr w:type="spellEnd"/>
      <w:r w:rsidRPr="0083513D">
        <w:rPr>
          <w:rFonts w:cs="Times New Roman"/>
          <w:sz w:val="24"/>
          <w:szCs w:val="24"/>
        </w:rPr>
        <w:t xml:space="preserve"> </w:t>
      </w:r>
      <w:proofErr w:type="spellStart"/>
      <w:r w:rsidRPr="0083513D">
        <w:rPr>
          <w:rFonts w:cs="Times New Roman"/>
          <w:sz w:val="24"/>
          <w:szCs w:val="24"/>
        </w:rPr>
        <w:t>ir</w:t>
      </w:r>
      <w:proofErr w:type="spellEnd"/>
      <w:r w:rsidRPr="0083513D">
        <w:rPr>
          <w:rFonts w:cs="Times New Roman"/>
          <w:sz w:val="24"/>
          <w:szCs w:val="24"/>
        </w:rPr>
        <w:t xml:space="preserve"> tiesīgs:</w:t>
      </w:r>
    </w:p>
    <w:p w14:paraId="001D8F3A" w14:textId="67FEB1B8"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parakstīt</w:t>
      </w:r>
      <w:proofErr w:type="spellEnd"/>
      <w:r w:rsidRPr="0083513D">
        <w:rPr>
          <w:rFonts w:cs="Times New Roman"/>
          <w:sz w:val="24"/>
          <w:szCs w:val="24"/>
        </w:rPr>
        <w:t xml:space="preserve"> </w:t>
      </w:r>
      <w:proofErr w:type="spellStart"/>
      <w:r w:rsidRPr="0083513D">
        <w:rPr>
          <w:rFonts w:cs="Times New Roman"/>
          <w:sz w:val="24"/>
          <w:szCs w:val="24"/>
        </w:rPr>
        <w:t>Objekta</w:t>
      </w:r>
      <w:proofErr w:type="spellEnd"/>
      <w:r w:rsidRPr="0083513D">
        <w:rPr>
          <w:rFonts w:cs="Times New Roman"/>
          <w:sz w:val="24"/>
          <w:szCs w:val="24"/>
        </w:rPr>
        <w:t xml:space="preserve"> </w:t>
      </w:r>
      <w:proofErr w:type="spellStart"/>
      <w:r w:rsidRPr="0083513D">
        <w:rPr>
          <w:rFonts w:cs="Times New Roman"/>
          <w:sz w:val="24"/>
          <w:szCs w:val="24"/>
        </w:rPr>
        <w:t>nodošanas</w:t>
      </w:r>
      <w:proofErr w:type="spellEnd"/>
      <w:r w:rsidRPr="0083513D">
        <w:rPr>
          <w:rFonts w:cs="Times New Roman"/>
          <w:sz w:val="24"/>
          <w:szCs w:val="24"/>
        </w:rPr>
        <w:t>–</w:t>
      </w:r>
      <w:proofErr w:type="spellStart"/>
      <w:r w:rsidRPr="0083513D">
        <w:rPr>
          <w:rFonts w:cs="Times New Roman"/>
          <w:sz w:val="24"/>
          <w:szCs w:val="24"/>
        </w:rPr>
        <w:t>pieņemšanas</w:t>
      </w:r>
      <w:proofErr w:type="spellEnd"/>
      <w:r w:rsidRPr="0083513D">
        <w:rPr>
          <w:rFonts w:cs="Times New Roman"/>
          <w:sz w:val="24"/>
          <w:szCs w:val="24"/>
        </w:rPr>
        <w:t xml:space="preserve"> </w:t>
      </w:r>
      <w:proofErr w:type="spellStart"/>
      <w:r w:rsidRPr="0083513D">
        <w:rPr>
          <w:rFonts w:cs="Times New Roman"/>
          <w:sz w:val="24"/>
          <w:szCs w:val="24"/>
        </w:rPr>
        <w:t>aktu</w:t>
      </w:r>
      <w:proofErr w:type="spellEnd"/>
      <w:r w:rsidRPr="0083513D">
        <w:rPr>
          <w:rFonts w:cs="Times New Roman"/>
          <w:sz w:val="24"/>
          <w:szCs w:val="24"/>
        </w:rPr>
        <w:t>;</w:t>
      </w:r>
    </w:p>
    <w:p w14:paraId="090C4D5C" w14:textId="50123DC8"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sastādīt</w:t>
      </w:r>
      <w:proofErr w:type="spellEnd"/>
      <w:r w:rsidRPr="0083513D">
        <w:rPr>
          <w:rFonts w:cs="Times New Roman"/>
          <w:sz w:val="24"/>
          <w:szCs w:val="24"/>
        </w:rPr>
        <w:t xml:space="preserve"> un </w:t>
      </w:r>
      <w:proofErr w:type="spellStart"/>
      <w:r w:rsidRPr="0083513D">
        <w:rPr>
          <w:rFonts w:cs="Times New Roman"/>
          <w:sz w:val="24"/>
          <w:szCs w:val="24"/>
        </w:rPr>
        <w:t>parakstīt</w:t>
      </w:r>
      <w:proofErr w:type="spellEnd"/>
      <w:r w:rsidRPr="0083513D">
        <w:rPr>
          <w:rFonts w:cs="Times New Roman"/>
          <w:sz w:val="24"/>
          <w:szCs w:val="24"/>
        </w:rPr>
        <w:t xml:space="preserve"> </w:t>
      </w:r>
      <w:proofErr w:type="spellStart"/>
      <w:r w:rsidRPr="0083513D">
        <w:rPr>
          <w:rFonts w:cs="Times New Roman"/>
          <w:sz w:val="24"/>
          <w:szCs w:val="24"/>
        </w:rPr>
        <w:t>defektu</w:t>
      </w:r>
      <w:proofErr w:type="spellEnd"/>
      <w:r w:rsidRPr="0083513D">
        <w:rPr>
          <w:rFonts w:cs="Times New Roman"/>
          <w:sz w:val="24"/>
          <w:szCs w:val="24"/>
        </w:rPr>
        <w:t xml:space="preserve"> aktus;</w:t>
      </w:r>
    </w:p>
    <w:p w14:paraId="3800791F" w14:textId="02A9028E"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lastRenderedPageBreak/>
        <w:t>kontrolēt</w:t>
      </w:r>
      <w:proofErr w:type="spellEnd"/>
      <w:r w:rsidRPr="0083513D">
        <w:rPr>
          <w:rFonts w:cs="Times New Roman"/>
          <w:sz w:val="24"/>
          <w:szCs w:val="24"/>
        </w:rPr>
        <w:t xml:space="preserve"> </w:t>
      </w:r>
      <w:proofErr w:type="spellStart"/>
      <w:r w:rsidRPr="0083513D">
        <w:rPr>
          <w:rFonts w:cs="Times New Roman"/>
          <w:sz w:val="24"/>
          <w:szCs w:val="24"/>
        </w:rPr>
        <w:t>Objekta</w:t>
      </w:r>
      <w:proofErr w:type="spellEnd"/>
      <w:r w:rsidRPr="0083513D">
        <w:rPr>
          <w:rFonts w:cs="Times New Roman"/>
          <w:sz w:val="24"/>
          <w:szCs w:val="24"/>
        </w:rPr>
        <w:t xml:space="preserve"> </w:t>
      </w:r>
      <w:proofErr w:type="spellStart"/>
      <w:r w:rsidRPr="0083513D">
        <w:rPr>
          <w:rFonts w:cs="Times New Roman"/>
          <w:sz w:val="24"/>
          <w:szCs w:val="24"/>
        </w:rPr>
        <w:t>tehnisko</w:t>
      </w:r>
      <w:proofErr w:type="spellEnd"/>
      <w:r w:rsidRPr="0083513D">
        <w:rPr>
          <w:rFonts w:cs="Times New Roman"/>
          <w:sz w:val="24"/>
          <w:szCs w:val="24"/>
        </w:rPr>
        <w:t xml:space="preserve"> </w:t>
      </w:r>
      <w:proofErr w:type="spellStart"/>
      <w:r w:rsidRPr="0083513D">
        <w:rPr>
          <w:rFonts w:cs="Times New Roman"/>
          <w:sz w:val="24"/>
          <w:szCs w:val="24"/>
        </w:rPr>
        <w:t>stāvokli</w:t>
      </w:r>
      <w:proofErr w:type="spellEnd"/>
      <w:r w:rsidRPr="0083513D">
        <w:rPr>
          <w:rFonts w:cs="Times New Roman"/>
          <w:sz w:val="24"/>
          <w:szCs w:val="24"/>
        </w:rPr>
        <w:t xml:space="preserve"> un izmantošanas atbilstību paredzētajiem mērķiem;</w:t>
      </w:r>
    </w:p>
    <w:p w14:paraId="265282DF" w14:textId="15556840" w:rsidR="00322741" w:rsidRDefault="00DB3176" w:rsidP="00322741">
      <w:pPr>
        <w:pStyle w:val="Sarakstarindkopa"/>
        <w:numPr>
          <w:ilvl w:val="2"/>
          <w:numId w:val="11"/>
        </w:numPr>
        <w:spacing w:before="240" w:line="240" w:lineRule="auto"/>
        <w:jc w:val="both"/>
        <w:rPr>
          <w:rFonts w:cs="Times New Roman"/>
          <w:sz w:val="24"/>
          <w:szCs w:val="24"/>
        </w:rPr>
      </w:pPr>
      <w:proofErr w:type="spellStart"/>
      <w:r w:rsidRPr="0083513D">
        <w:rPr>
          <w:rFonts w:cs="Times New Roman"/>
          <w:sz w:val="24"/>
          <w:szCs w:val="24"/>
        </w:rPr>
        <w:t>savlaicīgi</w:t>
      </w:r>
      <w:proofErr w:type="spellEnd"/>
      <w:r w:rsidRPr="0083513D">
        <w:rPr>
          <w:rFonts w:cs="Times New Roman"/>
          <w:sz w:val="24"/>
          <w:szCs w:val="24"/>
        </w:rPr>
        <w:t xml:space="preserve"> un </w:t>
      </w:r>
      <w:proofErr w:type="spellStart"/>
      <w:r w:rsidRPr="0083513D">
        <w:rPr>
          <w:rFonts w:cs="Times New Roman"/>
          <w:sz w:val="24"/>
          <w:szCs w:val="24"/>
        </w:rPr>
        <w:t>nekavējoties</w:t>
      </w:r>
      <w:proofErr w:type="spellEnd"/>
      <w:r w:rsidRPr="0083513D">
        <w:rPr>
          <w:rFonts w:cs="Times New Roman"/>
          <w:sz w:val="24"/>
          <w:szCs w:val="24"/>
        </w:rPr>
        <w:t xml:space="preserve"> </w:t>
      </w:r>
      <w:proofErr w:type="spellStart"/>
      <w:r w:rsidRPr="0083513D">
        <w:rPr>
          <w:rFonts w:cs="Times New Roman"/>
          <w:sz w:val="24"/>
          <w:szCs w:val="24"/>
        </w:rPr>
        <w:t>informēt</w:t>
      </w:r>
      <w:proofErr w:type="spellEnd"/>
      <w:r w:rsidRPr="0083513D">
        <w:rPr>
          <w:rFonts w:cs="Times New Roman"/>
          <w:sz w:val="24"/>
          <w:szCs w:val="24"/>
        </w:rPr>
        <w:t xml:space="preserve"> par tehniskajām problēmām un </w:t>
      </w:r>
      <w:proofErr w:type="spellStart"/>
      <w:r w:rsidRPr="0083513D">
        <w:rPr>
          <w:rFonts w:cs="Times New Roman"/>
          <w:sz w:val="24"/>
          <w:szCs w:val="24"/>
        </w:rPr>
        <w:t>risināt</w:t>
      </w:r>
      <w:proofErr w:type="spellEnd"/>
      <w:r w:rsidRPr="0083513D">
        <w:rPr>
          <w:rFonts w:cs="Times New Roman"/>
          <w:sz w:val="24"/>
          <w:szCs w:val="24"/>
        </w:rPr>
        <w:t xml:space="preserve"> </w:t>
      </w:r>
      <w:proofErr w:type="spellStart"/>
      <w:r w:rsidRPr="0083513D">
        <w:rPr>
          <w:rFonts w:cs="Times New Roman"/>
          <w:sz w:val="24"/>
          <w:szCs w:val="24"/>
        </w:rPr>
        <w:t>citus</w:t>
      </w:r>
      <w:proofErr w:type="spellEnd"/>
      <w:r w:rsidRPr="0083513D">
        <w:rPr>
          <w:rFonts w:cs="Times New Roman"/>
          <w:sz w:val="24"/>
          <w:szCs w:val="24"/>
        </w:rPr>
        <w:t xml:space="preserve"> </w:t>
      </w:r>
      <w:proofErr w:type="spellStart"/>
      <w:r w:rsidRPr="0083513D">
        <w:rPr>
          <w:rFonts w:cs="Times New Roman"/>
          <w:sz w:val="24"/>
          <w:szCs w:val="24"/>
        </w:rPr>
        <w:t>ar</w:t>
      </w:r>
      <w:proofErr w:type="spellEnd"/>
      <w:r w:rsidRPr="0083513D">
        <w:rPr>
          <w:rFonts w:cs="Times New Roman"/>
          <w:sz w:val="24"/>
          <w:szCs w:val="24"/>
        </w:rPr>
        <w:t xml:space="preserve"> </w:t>
      </w:r>
      <w:proofErr w:type="spellStart"/>
      <w:r w:rsidRPr="0083513D">
        <w:rPr>
          <w:rFonts w:cs="Times New Roman"/>
          <w:sz w:val="24"/>
          <w:szCs w:val="24"/>
        </w:rPr>
        <w:t>Objekta</w:t>
      </w:r>
      <w:proofErr w:type="spellEnd"/>
      <w:r w:rsidRPr="0083513D">
        <w:rPr>
          <w:rFonts w:cs="Times New Roman"/>
          <w:sz w:val="24"/>
          <w:szCs w:val="24"/>
        </w:rPr>
        <w:t xml:space="preserve"> </w:t>
      </w:r>
      <w:proofErr w:type="spellStart"/>
      <w:r w:rsidRPr="0083513D">
        <w:rPr>
          <w:rFonts w:cs="Times New Roman"/>
          <w:sz w:val="24"/>
          <w:szCs w:val="24"/>
        </w:rPr>
        <w:t>lietošanu</w:t>
      </w:r>
      <w:proofErr w:type="spellEnd"/>
      <w:r w:rsidRPr="0083513D">
        <w:rPr>
          <w:rFonts w:cs="Times New Roman"/>
          <w:sz w:val="24"/>
          <w:szCs w:val="24"/>
        </w:rPr>
        <w:t xml:space="preserve"> un </w:t>
      </w:r>
      <w:proofErr w:type="spellStart"/>
      <w:r w:rsidRPr="0083513D">
        <w:rPr>
          <w:rFonts w:cs="Times New Roman"/>
          <w:sz w:val="24"/>
          <w:szCs w:val="24"/>
        </w:rPr>
        <w:t>uzturēšanu</w:t>
      </w:r>
      <w:proofErr w:type="spellEnd"/>
      <w:r w:rsidRPr="0083513D">
        <w:rPr>
          <w:rFonts w:cs="Times New Roman"/>
          <w:sz w:val="24"/>
          <w:szCs w:val="24"/>
        </w:rPr>
        <w:t xml:space="preserve"> </w:t>
      </w:r>
      <w:proofErr w:type="spellStart"/>
      <w:r w:rsidRPr="0083513D">
        <w:rPr>
          <w:rFonts w:cs="Times New Roman"/>
          <w:sz w:val="24"/>
          <w:szCs w:val="24"/>
        </w:rPr>
        <w:t>saistītus</w:t>
      </w:r>
      <w:proofErr w:type="spellEnd"/>
      <w:r w:rsidRPr="0083513D">
        <w:rPr>
          <w:rFonts w:cs="Times New Roman"/>
          <w:sz w:val="24"/>
          <w:szCs w:val="24"/>
        </w:rPr>
        <w:t xml:space="preserve"> </w:t>
      </w:r>
      <w:proofErr w:type="spellStart"/>
      <w:r w:rsidRPr="0083513D">
        <w:rPr>
          <w:rFonts w:cs="Times New Roman"/>
          <w:sz w:val="24"/>
          <w:szCs w:val="24"/>
        </w:rPr>
        <w:t>jautājumus</w:t>
      </w:r>
      <w:proofErr w:type="spellEnd"/>
      <w:r w:rsidRPr="0083513D">
        <w:rPr>
          <w:rFonts w:cs="Times New Roman"/>
          <w:sz w:val="24"/>
          <w:szCs w:val="24"/>
        </w:rPr>
        <w:t>.</w:t>
      </w:r>
    </w:p>
    <w:p w14:paraId="21D140EB" w14:textId="1FF18949" w:rsidR="00E644B0" w:rsidRPr="0083513D" w:rsidRDefault="00DB3176" w:rsidP="00322741">
      <w:pPr>
        <w:pStyle w:val="Sarakstarindkopa"/>
        <w:numPr>
          <w:ilvl w:val="0"/>
          <w:numId w:val="11"/>
        </w:numPr>
        <w:spacing w:before="240" w:after="0" w:line="360" w:lineRule="auto"/>
        <w:jc w:val="center"/>
        <w:rPr>
          <w:rFonts w:cs="Times New Roman"/>
          <w:sz w:val="24"/>
          <w:szCs w:val="24"/>
        </w:rPr>
      </w:pPr>
      <w:r w:rsidRPr="0083513D">
        <w:rPr>
          <w:rFonts w:cs="Times New Roman"/>
          <w:b/>
          <w:sz w:val="24"/>
          <w:szCs w:val="24"/>
        </w:rPr>
        <w:t>LIETOTĀJA TIESĪBAS UN PIENĀKUMI</w:t>
      </w:r>
    </w:p>
    <w:p w14:paraId="73B43BA1" w14:textId="342589B9"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Lietotājs</w:t>
      </w:r>
      <w:proofErr w:type="spellEnd"/>
      <w:r w:rsidRPr="0083513D">
        <w:rPr>
          <w:rFonts w:cs="Times New Roman"/>
          <w:sz w:val="24"/>
          <w:szCs w:val="24"/>
        </w:rPr>
        <w:t xml:space="preserve"> </w:t>
      </w:r>
      <w:proofErr w:type="spellStart"/>
      <w:r w:rsidRPr="0083513D">
        <w:rPr>
          <w:rFonts w:cs="Times New Roman"/>
          <w:sz w:val="24"/>
          <w:szCs w:val="24"/>
        </w:rPr>
        <w:t>apņemas</w:t>
      </w:r>
      <w:proofErr w:type="spellEnd"/>
      <w:r w:rsidRPr="0083513D">
        <w:rPr>
          <w:rFonts w:cs="Times New Roman"/>
          <w:sz w:val="24"/>
          <w:szCs w:val="24"/>
        </w:rPr>
        <w:t>:</w:t>
      </w:r>
    </w:p>
    <w:p w14:paraId="64607B88" w14:textId="5959AC3D"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izmantot</w:t>
      </w:r>
      <w:proofErr w:type="spellEnd"/>
      <w:r w:rsidRPr="0083513D">
        <w:rPr>
          <w:rFonts w:cs="Times New Roman"/>
          <w:sz w:val="24"/>
          <w:szCs w:val="24"/>
        </w:rPr>
        <w:t xml:space="preserve"> </w:t>
      </w:r>
      <w:proofErr w:type="spellStart"/>
      <w:r w:rsidRPr="0083513D">
        <w:rPr>
          <w:rFonts w:cs="Times New Roman"/>
          <w:sz w:val="24"/>
          <w:szCs w:val="24"/>
        </w:rPr>
        <w:t>Objektu</w:t>
      </w:r>
      <w:proofErr w:type="spellEnd"/>
      <w:r w:rsidRPr="0083513D">
        <w:rPr>
          <w:rFonts w:cs="Times New Roman"/>
          <w:sz w:val="24"/>
          <w:szCs w:val="24"/>
        </w:rPr>
        <w:t xml:space="preserve"> </w:t>
      </w:r>
      <w:proofErr w:type="spellStart"/>
      <w:r w:rsidRPr="0083513D">
        <w:rPr>
          <w:rFonts w:cs="Times New Roman"/>
          <w:sz w:val="24"/>
          <w:szCs w:val="24"/>
        </w:rPr>
        <w:t>tikai</w:t>
      </w:r>
      <w:proofErr w:type="spellEnd"/>
      <w:r w:rsidRPr="0083513D">
        <w:rPr>
          <w:rFonts w:cs="Times New Roman"/>
          <w:sz w:val="24"/>
          <w:szCs w:val="24"/>
        </w:rPr>
        <w:t xml:space="preserve"> </w:t>
      </w:r>
      <w:proofErr w:type="spellStart"/>
      <w:r w:rsidRPr="0083513D">
        <w:rPr>
          <w:rFonts w:cs="Times New Roman"/>
          <w:sz w:val="24"/>
          <w:szCs w:val="24"/>
        </w:rPr>
        <w:t>Līguma</w:t>
      </w:r>
      <w:proofErr w:type="spellEnd"/>
      <w:r w:rsidRPr="0083513D">
        <w:rPr>
          <w:rFonts w:cs="Times New Roman"/>
          <w:sz w:val="24"/>
          <w:szCs w:val="24"/>
        </w:rPr>
        <w:t xml:space="preserve"> 1.2. </w:t>
      </w:r>
      <w:proofErr w:type="spellStart"/>
      <w:r w:rsidRPr="0083513D">
        <w:rPr>
          <w:rFonts w:cs="Times New Roman"/>
          <w:sz w:val="24"/>
          <w:szCs w:val="24"/>
        </w:rPr>
        <w:t>punktā</w:t>
      </w:r>
      <w:proofErr w:type="spellEnd"/>
      <w:r w:rsidRPr="0083513D">
        <w:rPr>
          <w:rFonts w:cs="Times New Roman"/>
          <w:sz w:val="24"/>
          <w:szCs w:val="24"/>
        </w:rPr>
        <w:t xml:space="preserve"> </w:t>
      </w:r>
      <w:proofErr w:type="spellStart"/>
      <w:r w:rsidRPr="0083513D">
        <w:rPr>
          <w:rFonts w:cs="Times New Roman"/>
          <w:sz w:val="24"/>
          <w:szCs w:val="24"/>
        </w:rPr>
        <w:t>norādītajam</w:t>
      </w:r>
      <w:proofErr w:type="spellEnd"/>
      <w:r w:rsidRPr="0083513D">
        <w:rPr>
          <w:rFonts w:cs="Times New Roman"/>
          <w:sz w:val="24"/>
          <w:szCs w:val="24"/>
        </w:rPr>
        <w:t xml:space="preserve"> </w:t>
      </w:r>
      <w:proofErr w:type="spellStart"/>
      <w:r w:rsidRPr="0083513D">
        <w:rPr>
          <w:rFonts w:cs="Times New Roman"/>
          <w:sz w:val="24"/>
          <w:szCs w:val="24"/>
        </w:rPr>
        <w:t>mērķim</w:t>
      </w:r>
      <w:proofErr w:type="spellEnd"/>
      <w:r w:rsidRPr="0083513D">
        <w:rPr>
          <w:rFonts w:cs="Times New Roman"/>
          <w:sz w:val="24"/>
          <w:szCs w:val="24"/>
        </w:rPr>
        <w:t xml:space="preserve"> un </w:t>
      </w:r>
      <w:proofErr w:type="spellStart"/>
      <w:r w:rsidRPr="0083513D">
        <w:rPr>
          <w:rFonts w:cs="Times New Roman"/>
          <w:sz w:val="24"/>
          <w:szCs w:val="24"/>
        </w:rPr>
        <w:t>atbilstoši</w:t>
      </w:r>
      <w:proofErr w:type="spellEnd"/>
      <w:r w:rsidRPr="0083513D">
        <w:rPr>
          <w:rFonts w:cs="Times New Roman"/>
          <w:sz w:val="24"/>
          <w:szCs w:val="24"/>
        </w:rPr>
        <w:t xml:space="preserve"> </w:t>
      </w:r>
      <w:proofErr w:type="spellStart"/>
      <w:r w:rsidRPr="0083513D">
        <w:rPr>
          <w:rFonts w:cs="Times New Roman"/>
          <w:sz w:val="24"/>
          <w:szCs w:val="24"/>
        </w:rPr>
        <w:t>sociālā</w:t>
      </w:r>
      <w:proofErr w:type="spellEnd"/>
      <w:r w:rsidRPr="0083513D">
        <w:rPr>
          <w:rFonts w:cs="Times New Roman"/>
          <w:sz w:val="24"/>
          <w:szCs w:val="24"/>
        </w:rPr>
        <w:t xml:space="preserve"> </w:t>
      </w:r>
      <w:proofErr w:type="spellStart"/>
      <w:r w:rsidRPr="0083513D">
        <w:rPr>
          <w:rFonts w:cs="Times New Roman"/>
          <w:sz w:val="24"/>
          <w:szCs w:val="24"/>
        </w:rPr>
        <w:t>uzņēmuma</w:t>
      </w:r>
      <w:proofErr w:type="spellEnd"/>
      <w:r w:rsidRPr="0083513D">
        <w:rPr>
          <w:rFonts w:cs="Times New Roman"/>
          <w:sz w:val="24"/>
          <w:szCs w:val="24"/>
        </w:rPr>
        <w:t xml:space="preserve"> </w:t>
      </w:r>
      <w:proofErr w:type="spellStart"/>
      <w:r w:rsidRPr="0083513D">
        <w:rPr>
          <w:rFonts w:cs="Times New Roman"/>
          <w:sz w:val="24"/>
          <w:szCs w:val="24"/>
        </w:rPr>
        <w:t>darbības</w:t>
      </w:r>
      <w:proofErr w:type="spellEnd"/>
      <w:r w:rsidRPr="0083513D">
        <w:rPr>
          <w:rFonts w:cs="Times New Roman"/>
          <w:sz w:val="24"/>
          <w:szCs w:val="24"/>
        </w:rPr>
        <w:t xml:space="preserve"> </w:t>
      </w:r>
      <w:proofErr w:type="spellStart"/>
      <w:r w:rsidRPr="0083513D">
        <w:rPr>
          <w:rFonts w:cs="Times New Roman"/>
          <w:sz w:val="24"/>
          <w:szCs w:val="24"/>
        </w:rPr>
        <w:t>jomai</w:t>
      </w:r>
      <w:proofErr w:type="spellEnd"/>
      <w:r w:rsidRPr="0083513D">
        <w:rPr>
          <w:rFonts w:cs="Times New Roman"/>
          <w:sz w:val="24"/>
          <w:szCs w:val="24"/>
        </w:rPr>
        <w:t>;</w:t>
      </w:r>
    </w:p>
    <w:p w14:paraId="64700DE9" w14:textId="307A9211"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nodrošināt</w:t>
      </w:r>
      <w:proofErr w:type="spellEnd"/>
      <w:r w:rsidRPr="0083513D">
        <w:rPr>
          <w:rFonts w:cs="Times New Roman"/>
          <w:sz w:val="24"/>
          <w:szCs w:val="24"/>
        </w:rPr>
        <w:t xml:space="preserve"> </w:t>
      </w:r>
      <w:proofErr w:type="spellStart"/>
      <w:r w:rsidRPr="0083513D">
        <w:rPr>
          <w:rFonts w:cs="Times New Roman"/>
          <w:sz w:val="24"/>
          <w:szCs w:val="24"/>
        </w:rPr>
        <w:t>Objekta</w:t>
      </w:r>
      <w:proofErr w:type="spellEnd"/>
      <w:r w:rsidRPr="0083513D">
        <w:rPr>
          <w:rFonts w:cs="Times New Roman"/>
          <w:sz w:val="24"/>
          <w:szCs w:val="24"/>
        </w:rPr>
        <w:t xml:space="preserve"> un </w:t>
      </w:r>
      <w:proofErr w:type="spellStart"/>
      <w:r w:rsidRPr="0083513D">
        <w:rPr>
          <w:rFonts w:cs="Times New Roman"/>
          <w:sz w:val="24"/>
          <w:szCs w:val="24"/>
        </w:rPr>
        <w:t>tajā</w:t>
      </w:r>
      <w:proofErr w:type="spellEnd"/>
      <w:r w:rsidRPr="0083513D">
        <w:rPr>
          <w:rFonts w:cs="Times New Roman"/>
          <w:sz w:val="24"/>
          <w:szCs w:val="24"/>
        </w:rPr>
        <w:t xml:space="preserve"> esošo iekārtu saudzīgu ekspluatāciju, uzturēt Objektu atbilstoši ugunsdrošības, sanitāro un citu spēkā esošo normatīvo aktu prasībām;</w:t>
      </w:r>
    </w:p>
    <w:p w14:paraId="39D28700" w14:textId="13DF0245"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patstāvīgi</w:t>
      </w:r>
      <w:proofErr w:type="spellEnd"/>
      <w:r w:rsidRPr="0083513D">
        <w:rPr>
          <w:rFonts w:cs="Times New Roman"/>
          <w:sz w:val="24"/>
          <w:szCs w:val="24"/>
        </w:rPr>
        <w:t xml:space="preserve"> </w:t>
      </w:r>
      <w:proofErr w:type="spellStart"/>
      <w:r w:rsidRPr="0083513D">
        <w:rPr>
          <w:rFonts w:cs="Times New Roman"/>
          <w:sz w:val="24"/>
          <w:szCs w:val="24"/>
        </w:rPr>
        <w:t>segt</w:t>
      </w:r>
      <w:proofErr w:type="spellEnd"/>
      <w:r w:rsidRPr="0083513D">
        <w:rPr>
          <w:rFonts w:cs="Times New Roman"/>
          <w:sz w:val="24"/>
          <w:szCs w:val="24"/>
        </w:rPr>
        <w:t xml:space="preserve"> </w:t>
      </w:r>
      <w:proofErr w:type="spellStart"/>
      <w:r w:rsidRPr="0083513D">
        <w:rPr>
          <w:rFonts w:cs="Times New Roman"/>
          <w:sz w:val="24"/>
          <w:szCs w:val="24"/>
        </w:rPr>
        <w:t>ar</w:t>
      </w:r>
      <w:proofErr w:type="spellEnd"/>
      <w:r w:rsidRPr="0083513D">
        <w:rPr>
          <w:rFonts w:cs="Times New Roman"/>
          <w:sz w:val="24"/>
          <w:szCs w:val="24"/>
        </w:rPr>
        <w:t xml:space="preserve"> </w:t>
      </w:r>
      <w:proofErr w:type="spellStart"/>
      <w:r w:rsidRPr="0083513D">
        <w:rPr>
          <w:rFonts w:cs="Times New Roman"/>
          <w:sz w:val="24"/>
          <w:szCs w:val="24"/>
        </w:rPr>
        <w:t>Objekta</w:t>
      </w:r>
      <w:proofErr w:type="spellEnd"/>
      <w:r w:rsidRPr="0083513D">
        <w:rPr>
          <w:rFonts w:cs="Times New Roman"/>
          <w:sz w:val="24"/>
          <w:szCs w:val="24"/>
        </w:rPr>
        <w:t xml:space="preserve"> uzturēšanu un ekspluatāciju saistītos izdevumus (t.sk. komunālos pakalpojumus, siltumapgādi, elektroenerģiju un apsaimniekošanas izmaksas) saskaņā ar atsevišķi noslēgtu vienošanos vai rēķiniem;</w:t>
      </w:r>
    </w:p>
    <w:p w14:paraId="5C91DF4B" w14:textId="7288B67C"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samaksāt</w:t>
      </w:r>
      <w:proofErr w:type="spellEnd"/>
      <w:r w:rsidRPr="0083513D">
        <w:rPr>
          <w:rFonts w:cs="Times New Roman"/>
          <w:sz w:val="24"/>
          <w:szCs w:val="24"/>
        </w:rPr>
        <w:t xml:space="preserve"> </w:t>
      </w:r>
      <w:proofErr w:type="spellStart"/>
      <w:r w:rsidRPr="0083513D">
        <w:rPr>
          <w:rFonts w:cs="Times New Roman"/>
          <w:sz w:val="24"/>
          <w:szCs w:val="24"/>
        </w:rPr>
        <w:t>nekustamā</w:t>
      </w:r>
      <w:proofErr w:type="spellEnd"/>
      <w:r w:rsidRPr="0083513D">
        <w:rPr>
          <w:rFonts w:cs="Times New Roman"/>
          <w:sz w:val="24"/>
          <w:szCs w:val="24"/>
        </w:rPr>
        <w:t xml:space="preserve"> </w:t>
      </w:r>
      <w:proofErr w:type="spellStart"/>
      <w:r w:rsidRPr="0083513D">
        <w:rPr>
          <w:rFonts w:cs="Times New Roman"/>
          <w:sz w:val="24"/>
          <w:szCs w:val="24"/>
        </w:rPr>
        <w:t>īpašuma</w:t>
      </w:r>
      <w:proofErr w:type="spellEnd"/>
      <w:r w:rsidRPr="0083513D">
        <w:rPr>
          <w:rFonts w:cs="Times New Roman"/>
          <w:sz w:val="24"/>
          <w:szCs w:val="24"/>
        </w:rPr>
        <w:t xml:space="preserve"> </w:t>
      </w:r>
      <w:proofErr w:type="spellStart"/>
      <w:r w:rsidRPr="0083513D">
        <w:rPr>
          <w:rFonts w:cs="Times New Roman"/>
          <w:sz w:val="24"/>
          <w:szCs w:val="24"/>
        </w:rPr>
        <w:t>nodokli</w:t>
      </w:r>
      <w:proofErr w:type="spellEnd"/>
      <w:r w:rsidRPr="0083513D">
        <w:rPr>
          <w:rFonts w:cs="Times New Roman"/>
          <w:sz w:val="24"/>
          <w:szCs w:val="24"/>
        </w:rPr>
        <w:t xml:space="preserve"> likumā noteiktajā kārtībā un termiņos, ja tāds par Objektu normatīvajos aktos noteiktajā kārtībā būtu jāmaksā;</w:t>
      </w:r>
    </w:p>
    <w:p w14:paraId="63302758" w14:textId="13B36384"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nenodot</w:t>
      </w:r>
      <w:proofErr w:type="spellEnd"/>
      <w:r w:rsidRPr="0083513D">
        <w:rPr>
          <w:rFonts w:cs="Times New Roman"/>
          <w:sz w:val="24"/>
          <w:szCs w:val="24"/>
        </w:rPr>
        <w:t xml:space="preserve"> </w:t>
      </w:r>
      <w:proofErr w:type="spellStart"/>
      <w:r w:rsidRPr="0083513D">
        <w:rPr>
          <w:rFonts w:cs="Times New Roman"/>
          <w:sz w:val="24"/>
          <w:szCs w:val="24"/>
        </w:rPr>
        <w:t>Objektu</w:t>
      </w:r>
      <w:proofErr w:type="spellEnd"/>
      <w:r w:rsidRPr="0083513D">
        <w:rPr>
          <w:rFonts w:cs="Times New Roman"/>
          <w:sz w:val="24"/>
          <w:szCs w:val="24"/>
        </w:rPr>
        <w:t xml:space="preserve"> </w:t>
      </w:r>
      <w:proofErr w:type="spellStart"/>
      <w:r w:rsidRPr="0083513D">
        <w:rPr>
          <w:rFonts w:cs="Times New Roman"/>
          <w:sz w:val="24"/>
          <w:szCs w:val="24"/>
        </w:rPr>
        <w:t>vai</w:t>
      </w:r>
      <w:proofErr w:type="spellEnd"/>
      <w:r w:rsidRPr="0083513D">
        <w:rPr>
          <w:rFonts w:cs="Times New Roman"/>
          <w:sz w:val="24"/>
          <w:szCs w:val="24"/>
        </w:rPr>
        <w:t xml:space="preserve"> </w:t>
      </w:r>
      <w:proofErr w:type="spellStart"/>
      <w:r w:rsidRPr="0083513D">
        <w:rPr>
          <w:rFonts w:cs="Times New Roman"/>
          <w:sz w:val="24"/>
          <w:szCs w:val="24"/>
        </w:rPr>
        <w:t>tā</w:t>
      </w:r>
      <w:proofErr w:type="spellEnd"/>
      <w:r w:rsidRPr="0083513D">
        <w:rPr>
          <w:rFonts w:cs="Times New Roman"/>
          <w:sz w:val="24"/>
          <w:szCs w:val="24"/>
        </w:rPr>
        <w:t xml:space="preserve"> daļu apakšnomā vai lietošanā trešajām personām bez Pašvaldības rakstiskas piekrišanas;</w:t>
      </w:r>
    </w:p>
    <w:p w14:paraId="496258C6" w14:textId="5EAC45C5"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netraucēt</w:t>
      </w:r>
      <w:proofErr w:type="spellEnd"/>
      <w:r w:rsidRPr="0083513D">
        <w:rPr>
          <w:rFonts w:cs="Times New Roman"/>
          <w:sz w:val="24"/>
          <w:szCs w:val="24"/>
        </w:rPr>
        <w:t xml:space="preserve"> </w:t>
      </w:r>
      <w:proofErr w:type="spellStart"/>
      <w:r w:rsidRPr="0083513D">
        <w:rPr>
          <w:rFonts w:cs="Times New Roman"/>
          <w:sz w:val="24"/>
          <w:szCs w:val="24"/>
        </w:rPr>
        <w:t>Pašvaldības</w:t>
      </w:r>
      <w:proofErr w:type="spellEnd"/>
      <w:r w:rsidRPr="0083513D">
        <w:rPr>
          <w:rFonts w:cs="Times New Roman"/>
          <w:sz w:val="24"/>
          <w:szCs w:val="24"/>
        </w:rPr>
        <w:t xml:space="preserve"> </w:t>
      </w:r>
      <w:proofErr w:type="spellStart"/>
      <w:r w:rsidRPr="0083513D">
        <w:rPr>
          <w:rFonts w:cs="Times New Roman"/>
          <w:sz w:val="24"/>
          <w:szCs w:val="24"/>
        </w:rPr>
        <w:t>pārstāvju</w:t>
      </w:r>
      <w:proofErr w:type="spellEnd"/>
      <w:r w:rsidRPr="0083513D">
        <w:rPr>
          <w:rFonts w:cs="Times New Roman"/>
          <w:sz w:val="24"/>
          <w:szCs w:val="24"/>
        </w:rPr>
        <w:t xml:space="preserve"> </w:t>
      </w:r>
      <w:proofErr w:type="spellStart"/>
      <w:r w:rsidRPr="0083513D">
        <w:rPr>
          <w:rFonts w:cs="Times New Roman"/>
          <w:sz w:val="24"/>
          <w:szCs w:val="24"/>
        </w:rPr>
        <w:t>piekļūšanu</w:t>
      </w:r>
      <w:proofErr w:type="spellEnd"/>
      <w:r w:rsidRPr="0083513D">
        <w:rPr>
          <w:rFonts w:cs="Times New Roman"/>
          <w:sz w:val="24"/>
          <w:szCs w:val="24"/>
        </w:rPr>
        <w:t xml:space="preserve"> Objektam, lai veiktu Līgumā paredzēto noteikumu ievērošanas pārbaudes;</w:t>
      </w:r>
    </w:p>
    <w:p w14:paraId="5CF47CCB" w14:textId="5FF4E88D"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atlīdzināt</w:t>
      </w:r>
      <w:proofErr w:type="spellEnd"/>
      <w:r w:rsidRPr="0083513D">
        <w:rPr>
          <w:rFonts w:cs="Times New Roman"/>
          <w:sz w:val="24"/>
          <w:szCs w:val="24"/>
        </w:rPr>
        <w:t xml:space="preserve"> </w:t>
      </w:r>
      <w:proofErr w:type="spellStart"/>
      <w:r w:rsidRPr="0083513D">
        <w:rPr>
          <w:rFonts w:cs="Times New Roman"/>
          <w:sz w:val="24"/>
          <w:szCs w:val="24"/>
        </w:rPr>
        <w:t>Pašvaldībai</w:t>
      </w:r>
      <w:proofErr w:type="spellEnd"/>
      <w:r w:rsidRPr="0083513D">
        <w:rPr>
          <w:rFonts w:cs="Times New Roman"/>
          <w:sz w:val="24"/>
          <w:szCs w:val="24"/>
        </w:rPr>
        <w:t xml:space="preserve"> </w:t>
      </w:r>
      <w:proofErr w:type="spellStart"/>
      <w:r w:rsidRPr="0083513D">
        <w:rPr>
          <w:rFonts w:cs="Times New Roman"/>
          <w:sz w:val="24"/>
          <w:szCs w:val="24"/>
        </w:rPr>
        <w:t>savas</w:t>
      </w:r>
      <w:proofErr w:type="spellEnd"/>
      <w:r w:rsidRPr="0083513D">
        <w:rPr>
          <w:rFonts w:cs="Times New Roman"/>
          <w:sz w:val="24"/>
          <w:szCs w:val="24"/>
        </w:rPr>
        <w:t xml:space="preserve"> </w:t>
      </w:r>
      <w:proofErr w:type="spellStart"/>
      <w:r w:rsidRPr="0083513D">
        <w:rPr>
          <w:rFonts w:cs="Times New Roman"/>
          <w:sz w:val="24"/>
          <w:szCs w:val="24"/>
        </w:rPr>
        <w:t>vainas</w:t>
      </w:r>
      <w:proofErr w:type="spellEnd"/>
      <w:r w:rsidRPr="0083513D">
        <w:rPr>
          <w:rFonts w:cs="Times New Roman"/>
          <w:sz w:val="24"/>
          <w:szCs w:val="24"/>
        </w:rPr>
        <w:t>, savu darbinieku vai apmeklētāju dēļ radušos zaudējumus, kas radušies, nepildot vai nepienācīgi pildot Līguma noteikumus;</w:t>
      </w:r>
    </w:p>
    <w:p w14:paraId="2A6461EC" w14:textId="388DBBBB"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nekavējoties</w:t>
      </w:r>
      <w:proofErr w:type="spellEnd"/>
      <w:r w:rsidRPr="0083513D">
        <w:rPr>
          <w:rFonts w:cs="Times New Roman"/>
          <w:sz w:val="24"/>
          <w:szCs w:val="24"/>
        </w:rPr>
        <w:t xml:space="preserve"> </w:t>
      </w:r>
      <w:proofErr w:type="spellStart"/>
      <w:r w:rsidRPr="0083513D">
        <w:rPr>
          <w:rFonts w:cs="Times New Roman"/>
          <w:sz w:val="24"/>
          <w:szCs w:val="24"/>
        </w:rPr>
        <w:t>ziņot</w:t>
      </w:r>
      <w:proofErr w:type="spellEnd"/>
      <w:r w:rsidRPr="0083513D">
        <w:rPr>
          <w:rFonts w:cs="Times New Roman"/>
          <w:sz w:val="24"/>
          <w:szCs w:val="24"/>
        </w:rPr>
        <w:t xml:space="preserve"> </w:t>
      </w:r>
      <w:proofErr w:type="spellStart"/>
      <w:r w:rsidRPr="0083513D">
        <w:rPr>
          <w:rFonts w:cs="Times New Roman"/>
          <w:sz w:val="24"/>
          <w:szCs w:val="24"/>
        </w:rPr>
        <w:t>Pašvaldībai</w:t>
      </w:r>
      <w:proofErr w:type="spellEnd"/>
      <w:r w:rsidRPr="0083513D">
        <w:rPr>
          <w:rFonts w:cs="Times New Roman"/>
          <w:sz w:val="24"/>
          <w:szCs w:val="24"/>
        </w:rPr>
        <w:t xml:space="preserve"> par jebkādiem Objekta bojājumiem un darīt visu nepieciešamo to novēršanai vai samazināšanai;</w:t>
      </w:r>
    </w:p>
    <w:p w14:paraId="680D5CF8" w14:textId="0204E930"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nekavējoties</w:t>
      </w:r>
      <w:proofErr w:type="spellEnd"/>
      <w:r w:rsidRPr="0083513D">
        <w:rPr>
          <w:rFonts w:cs="Times New Roman"/>
          <w:sz w:val="24"/>
          <w:szCs w:val="24"/>
        </w:rPr>
        <w:t xml:space="preserve"> </w:t>
      </w:r>
      <w:proofErr w:type="spellStart"/>
      <w:r w:rsidRPr="0083513D">
        <w:rPr>
          <w:rFonts w:cs="Times New Roman"/>
          <w:sz w:val="24"/>
          <w:szCs w:val="24"/>
        </w:rPr>
        <w:t>paziņot</w:t>
      </w:r>
      <w:proofErr w:type="spellEnd"/>
      <w:r w:rsidRPr="0083513D">
        <w:rPr>
          <w:rFonts w:cs="Times New Roman"/>
          <w:sz w:val="24"/>
          <w:szCs w:val="24"/>
        </w:rPr>
        <w:t xml:space="preserve"> </w:t>
      </w:r>
      <w:proofErr w:type="spellStart"/>
      <w:r w:rsidRPr="0083513D">
        <w:rPr>
          <w:rFonts w:cs="Times New Roman"/>
          <w:sz w:val="24"/>
          <w:szCs w:val="24"/>
        </w:rPr>
        <w:t>Pašvaldībai</w:t>
      </w:r>
      <w:proofErr w:type="spellEnd"/>
      <w:r w:rsidRPr="0083513D">
        <w:rPr>
          <w:rFonts w:cs="Times New Roman"/>
          <w:sz w:val="24"/>
          <w:szCs w:val="24"/>
        </w:rPr>
        <w:t xml:space="preserve"> par sociālā uzņēmuma statusa zaudēšanu vai izmaiņām sociālā uzņēmuma darbībā;</w:t>
      </w:r>
    </w:p>
    <w:p w14:paraId="63B485CF" w14:textId="6986DF8D"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ievērot</w:t>
      </w:r>
      <w:proofErr w:type="spellEnd"/>
      <w:r w:rsidRPr="0083513D">
        <w:rPr>
          <w:rFonts w:cs="Times New Roman"/>
          <w:sz w:val="24"/>
          <w:szCs w:val="24"/>
        </w:rPr>
        <w:t xml:space="preserve"> </w:t>
      </w:r>
      <w:proofErr w:type="spellStart"/>
      <w:r w:rsidRPr="0083513D">
        <w:rPr>
          <w:rFonts w:cs="Times New Roman"/>
          <w:sz w:val="24"/>
          <w:szCs w:val="24"/>
        </w:rPr>
        <w:t>pirmsskolas</w:t>
      </w:r>
      <w:proofErr w:type="spellEnd"/>
      <w:r w:rsidRPr="0083513D">
        <w:rPr>
          <w:rFonts w:cs="Times New Roman"/>
          <w:sz w:val="24"/>
          <w:szCs w:val="24"/>
        </w:rPr>
        <w:t xml:space="preserve"> </w:t>
      </w:r>
      <w:proofErr w:type="spellStart"/>
      <w:r w:rsidRPr="0083513D">
        <w:rPr>
          <w:rFonts w:cs="Times New Roman"/>
          <w:sz w:val="24"/>
          <w:szCs w:val="24"/>
        </w:rPr>
        <w:t>izglītības</w:t>
      </w:r>
      <w:proofErr w:type="spellEnd"/>
      <w:r w:rsidRPr="0083513D">
        <w:rPr>
          <w:rFonts w:cs="Times New Roman"/>
          <w:sz w:val="24"/>
          <w:szCs w:val="24"/>
        </w:rPr>
        <w:t xml:space="preserve"> </w:t>
      </w:r>
      <w:proofErr w:type="spellStart"/>
      <w:r w:rsidRPr="0083513D">
        <w:rPr>
          <w:rFonts w:cs="Times New Roman"/>
          <w:sz w:val="24"/>
          <w:szCs w:val="24"/>
        </w:rPr>
        <w:t>iestādes</w:t>
      </w:r>
      <w:proofErr w:type="spellEnd"/>
      <w:r w:rsidRPr="0083513D">
        <w:rPr>
          <w:rFonts w:cs="Times New Roman"/>
          <w:sz w:val="24"/>
          <w:szCs w:val="24"/>
        </w:rPr>
        <w:t xml:space="preserve"> "</w:t>
      </w:r>
      <w:proofErr w:type="spellStart"/>
      <w:r w:rsidRPr="0083513D">
        <w:rPr>
          <w:rFonts w:cs="Times New Roman"/>
          <w:sz w:val="24"/>
          <w:szCs w:val="24"/>
        </w:rPr>
        <w:t>Priedīte</w:t>
      </w:r>
      <w:proofErr w:type="spellEnd"/>
      <w:r w:rsidRPr="0083513D">
        <w:rPr>
          <w:rFonts w:cs="Times New Roman"/>
          <w:sz w:val="24"/>
          <w:szCs w:val="24"/>
        </w:rPr>
        <w:t xml:space="preserve">" </w:t>
      </w:r>
      <w:proofErr w:type="spellStart"/>
      <w:r w:rsidRPr="0083513D">
        <w:rPr>
          <w:rFonts w:cs="Times New Roman"/>
          <w:sz w:val="24"/>
          <w:szCs w:val="24"/>
        </w:rPr>
        <w:t>iekšējās</w:t>
      </w:r>
      <w:proofErr w:type="spellEnd"/>
      <w:r w:rsidRPr="0083513D">
        <w:rPr>
          <w:rFonts w:cs="Times New Roman"/>
          <w:sz w:val="24"/>
          <w:szCs w:val="24"/>
        </w:rPr>
        <w:t xml:space="preserve"> </w:t>
      </w:r>
      <w:proofErr w:type="spellStart"/>
      <w:r w:rsidRPr="0083513D">
        <w:rPr>
          <w:rFonts w:cs="Times New Roman"/>
          <w:sz w:val="24"/>
          <w:szCs w:val="24"/>
        </w:rPr>
        <w:t>kārtības</w:t>
      </w:r>
      <w:proofErr w:type="spellEnd"/>
      <w:r w:rsidRPr="0083513D">
        <w:rPr>
          <w:rFonts w:cs="Times New Roman"/>
          <w:sz w:val="24"/>
          <w:szCs w:val="24"/>
        </w:rPr>
        <w:t xml:space="preserve"> un </w:t>
      </w:r>
      <w:proofErr w:type="spellStart"/>
      <w:r w:rsidRPr="0083513D">
        <w:rPr>
          <w:rFonts w:cs="Times New Roman"/>
          <w:sz w:val="24"/>
          <w:szCs w:val="24"/>
        </w:rPr>
        <w:t>drošības</w:t>
      </w:r>
      <w:proofErr w:type="spellEnd"/>
      <w:r w:rsidRPr="0083513D">
        <w:rPr>
          <w:rFonts w:cs="Times New Roman"/>
          <w:sz w:val="24"/>
          <w:szCs w:val="24"/>
        </w:rPr>
        <w:t xml:space="preserve"> </w:t>
      </w:r>
      <w:proofErr w:type="spellStart"/>
      <w:r w:rsidRPr="0083513D">
        <w:rPr>
          <w:rFonts w:cs="Times New Roman"/>
          <w:sz w:val="24"/>
          <w:szCs w:val="24"/>
        </w:rPr>
        <w:t>noteikumus</w:t>
      </w:r>
      <w:proofErr w:type="spellEnd"/>
      <w:r w:rsidRPr="0083513D">
        <w:rPr>
          <w:rFonts w:cs="Times New Roman"/>
          <w:sz w:val="24"/>
          <w:szCs w:val="24"/>
        </w:rPr>
        <w:t xml:space="preserve">, </w:t>
      </w:r>
      <w:proofErr w:type="spellStart"/>
      <w:r w:rsidRPr="0083513D">
        <w:rPr>
          <w:rFonts w:cs="Times New Roman"/>
          <w:sz w:val="24"/>
          <w:szCs w:val="24"/>
        </w:rPr>
        <w:t>saskaņojot</w:t>
      </w:r>
      <w:proofErr w:type="spellEnd"/>
      <w:r w:rsidRPr="0083513D">
        <w:rPr>
          <w:rFonts w:cs="Times New Roman"/>
          <w:sz w:val="24"/>
          <w:szCs w:val="24"/>
        </w:rPr>
        <w:t xml:space="preserve"> </w:t>
      </w:r>
      <w:proofErr w:type="spellStart"/>
      <w:r w:rsidRPr="0083513D">
        <w:rPr>
          <w:rFonts w:cs="Times New Roman"/>
          <w:sz w:val="24"/>
          <w:szCs w:val="24"/>
        </w:rPr>
        <w:t>koplietošanas</w:t>
      </w:r>
      <w:proofErr w:type="spellEnd"/>
      <w:r w:rsidRPr="0083513D">
        <w:rPr>
          <w:rFonts w:cs="Times New Roman"/>
          <w:sz w:val="24"/>
          <w:szCs w:val="24"/>
        </w:rPr>
        <w:t xml:space="preserve"> </w:t>
      </w:r>
      <w:proofErr w:type="spellStart"/>
      <w:r w:rsidRPr="0083513D">
        <w:rPr>
          <w:rFonts w:cs="Times New Roman"/>
          <w:sz w:val="24"/>
          <w:szCs w:val="24"/>
        </w:rPr>
        <w:t>telpu</w:t>
      </w:r>
      <w:proofErr w:type="spellEnd"/>
      <w:r w:rsidRPr="0083513D">
        <w:rPr>
          <w:rFonts w:cs="Times New Roman"/>
          <w:sz w:val="24"/>
          <w:szCs w:val="24"/>
        </w:rPr>
        <w:t xml:space="preserve"> </w:t>
      </w:r>
      <w:proofErr w:type="spellStart"/>
      <w:r w:rsidRPr="0083513D">
        <w:rPr>
          <w:rFonts w:cs="Times New Roman"/>
          <w:sz w:val="24"/>
          <w:szCs w:val="24"/>
        </w:rPr>
        <w:t>izmantošanas</w:t>
      </w:r>
      <w:proofErr w:type="spellEnd"/>
      <w:r w:rsidRPr="0083513D">
        <w:rPr>
          <w:rFonts w:cs="Times New Roman"/>
          <w:sz w:val="24"/>
          <w:szCs w:val="24"/>
        </w:rPr>
        <w:t xml:space="preserve"> </w:t>
      </w:r>
      <w:proofErr w:type="spellStart"/>
      <w:r w:rsidRPr="0083513D">
        <w:rPr>
          <w:rFonts w:cs="Times New Roman"/>
          <w:sz w:val="24"/>
          <w:szCs w:val="24"/>
        </w:rPr>
        <w:t>grafiku</w:t>
      </w:r>
      <w:r w:rsidR="007558AC" w:rsidRPr="0083513D">
        <w:rPr>
          <w:rFonts w:cs="Times New Roman"/>
          <w:sz w:val="24"/>
          <w:szCs w:val="24"/>
        </w:rPr>
        <w:t>s</w:t>
      </w:r>
      <w:proofErr w:type="spellEnd"/>
      <w:r w:rsidRPr="0083513D">
        <w:rPr>
          <w:rFonts w:cs="Times New Roman"/>
          <w:sz w:val="24"/>
          <w:szCs w:val="24"/>
        </w:rPr>
        <w:t xml:space="preserve"> un </w:t>
      </w:r>
      <w:proofErr w:type="spellStart"/>
      <w:r w:rsidRPr="0083513D">
        <w:rPr>
          <w:rFonts w:cs="Times New Roman"/>
          <w:sz w:val="24"/>
          <w:szCs w:val="24"/>
        </w:rPr>
        <w:t>netraucējot</w:t>
      </w:r>
      <w:proofErr w:type="spellEnd"/>
      <w:r w:rsidRPr="0083513D">
        <w:rPr>
          <w:rFonts w:cs="Times New Roman"/>
          <w:sz w:val="24"/>
          <w:szCs w:val="24"/>
        </w:rPr>
        <w:t xml:space="preserve"> </w:t>
      </w:r>
      <w:proofErr w:type="spellStart"/>
      <w:r w:rsidRPr="0083513D">
        <w:rPr>
          <w:rFonts w:cs="Times New Roman"/>
          <w:sz w:val="24"/>
          <w:szCs w:val="24"/>
        </w:rPr>
        <w:t>iestādes</w:t>
      </w:r>
      <w:proofErr w:type="spellEnd"/>
      <w:r w:rsidRPr="0083513D">
        <w:rPr>
          <w:rFonts w:cs="Times New Roman"/>
          <w:sz w:val="24"/>
          <w:szCs w:val="24"/>
        </w:rPr>
        <w:t xml:space="preserve"> </w:t>
      </w:r>
      <w:proofErr w:type="spellStart"/>
      <w:r w:rsidRPr="0083513D">
        <w:rPr>
          <w:rFonts w:cs="Times New Roman"/>
          <w:sz w:val="24"/>
          <w:szCs w:val="24"/>
        </w:rPr>
        <w:t>mācību-audzināšanas</w:t>
      </w:r>
      <w:proofErr w:type="spellEnd"/>
      <w:r w:rsidRPr="0083513D">
        <w:rPr>
          <w:rFonts w:cs="Times New Roman"/>
          <w:sz w:val="24"/>
          <w:szCs w:val="24"/>
        </w:rPr>
        <w:t xml:space="preserve"> </w:t>
      </w:r>
      <w:proofErr w:type="spellStart"/>
      <w:r w:rsidRPr="0083513D">
        <w:rPr>
          <w:rFonts w:cs="Times New Roman"/>
          <w:sz w:val="24"/>
          <w:szCs w:val="24"/>
        </w:rPr>
        <w:t>procesu</w:t>
      </w:r>
      <w:proofErr w:type="spellEnd"/>
      <w:r w:rsidRPr="0083513D">
        <w:rPr>
          <w:rFonts w:cs="Times New Roman"/>
          <w:sz w:val="24"/>
          <w:szCs w:val="24"/>
        </w:rPr>
        <w:t>.</w:t>
      </w:r>
    </w:p>
    <w:p w14:paraId="1F7E4FBC" w14:textId="1AFFD123"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Lietotājam</w:t>
      </w:r>
      <w:proofErr w:type="spellEnd"/>
      <w:r w:rsidRPr="0083513D">
        <w:rPr>
          <w:rFonts w:cs="Times New Roman"/>
          <w:sz w:val="24"/>
          <w:szCs w:val="24"/>
        </w:rPr>
        <w:t xml:space="preserve"> </w:t>
      </w:r>
      <w:proofErr w:type="spellStart"/>
      <w:r w:rsidRPr="0083513D">
        <w:rPr>
          <w:rFonts w:cs="Times New Roman"/>
          <w:sz w:val="24"/>
          <w:szCs w:val="24"/>
        </w:rPr>
        <w:t>ir</w:t>
      </w:r>
      <w:proofErr w:type="spellEnd"/>
      <w:r w:rsidRPr="0083513D">
        <w:rPr>
          <w:rFonts w:cs="Times New Roman"/>
          <w:sz w:val="24"/>
          <w:szCs w:val="24"/>
        </w:rPr>
        <w:t xml:space="preserve"> </w:t>
      </w:r>
      <w:proofErr w:type="spellStart"/>
      <w:r w:rsidRPr="0083513D">
        <w:rPr>
          <w:rFonts w:cs="Times New Roman"/>
          <w:sz w:val="24"/>
          <w:szCs w:val="24"/>
        </w:rPr>
        <w:t>tiesības</w:t>
      </w:r>
      <w:proofErr w:type="spellEnd"/>
      <w:r w:rsidRPr="0083513D">
        <w:rPr>
          <w:rFonts w:cs="Times New Roman"/>
          <w:sz w:val="24"/>
          <w:szCs w:val="24"/>
        </w:rPr>
        <w:t>:</w:t>
      </w:r>
    </w:p>
    <w:p w14:paraId="4BC5AA99" w14:textId="10F938B6"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veikt</w:t>
      </w:r>
      <w:proofErr w:type="spellEnd"/>
      <w:r w:rsidRPr="0083513D">
        <w:rPr>
          <w:rFonts w:cs="Times New Roman"/>
          <w:sz w:val="24"/>
          <w:szCs w:val="24"/>
        </w:rPr>
        <w:t xml:space="preserve"> </w:t>
      </w:r>
      <w:proofErr w:type="spellStart"/>
      <w:r w:rsidRPr="0083513D">
        <w:rPr>
          <w:rFonts w:cs="Times New Roman"/>
          <w:sz w:val="24"/>
          <w:szCs w:val="24"/>
        </w:rPr>
        <w:t>Objekta</w:t>
      </w:r>
      <w:proofErr w:type="spellEnd"/>
      <w:r w:rsidRPr="0083513D">
        <w:rPr>
          <w:rFonts w:cs="Times New Roman"/>
          <w:sz w:val="24"/>
          <w:szCs w:val="24"/>
        </w:rPr>
        <w:t xml:space="preserve"> </w:t>
      </w:r>
      <w:proofErr w:type="spellStart"/>
      <w:r w:rsidRPr="0083513D">
        <w:rPr>
          <w:rFonts w:cs="Times New Roman"/>
          <w:sz w:val="24"/>
          <w:szCs w:val="24"/>
        </w:rPr>
        <w:t>pielāgošanu</w:t>
      </w:r>
      <w:proofErr w:type="spellEnd"/>
      <w:r w:rsidRPr="0083513D">
        <w:rPr>
          <w:rFonts w:cs="Times New Roman"/>
          <w:sz w:val="24"/>
          <w:szCs w:val="24"/>
        </w:rPr>
        <w:t xml:space="preserve"> </w:t>
      </w:r>
      <w:proofErr w:type="spellStart"/>
      <w:r w:rsidRPr="0083513D">
        <w:rPr>
          <w:rFonts w:cs="Times New Roman"/>
          <w:sz w:val="24"/>
          <w:szCs w:val="24"/>
        </w:rPr>
        <w:t>savām</w:t>
      </w:r>
      <w:proofErr w:type="spellEnd"/>
      <w:r w:rsidRPr="0083513D">
        <w:rPr>
          <w:rFonts w:cs="Times New Roman"/>
          <w:sz w:val="24"/>
          <w:szCs w:val="24"/>
        </w:rPr>
        <w:t xml:space="preserve"> </w:t>
      </w:r>
      <w:proofErr w:type="spellStart"/>
      <w:r w:rsidRPr="0083513D">
        <w:rPr>
          <w:rFonts w:cs="Times New Roman"/>
          <w:sz w:val="24"/>
          <w:szCs w:val="24"/>
        </w:rPr>
        <w:t>vajadzībām</w:t>
      </w:r>
      <w:proofErr w:type="spellEnd"/>
      <w:r w:rsidRPr="0083513D">
        <w:rPr>
          <w:rFonts w:cs="Times New Roman"/>
          <w:sz w:val="24"/>
          <w:szCs w:val="24"/>
        </w:rPr>
        <w:t xml:space="preserve"> (</w:t>
      </w:r>
      <w:proofErr w:type="spellStart"/>
      <w:r w:rsidRPr="0083513D">
        <w:rPr>
          <w:rFonts w:cs="Times New Roman"/>
          <w:sz w:val="24"/>
          <w:szCs w:val="24"/>
        </w:rPr>
        <w:t>turpmāk</w:t>
      </w:r>
      <w:proofErr w:type="spellEnd"/>
      <w:r w:rsidRPr="0083513D">
        <w:rPr>
          <w:rFonts w:cs="Times New Roman"/>
          <w:sz w:val="24"/>
          <w:szCs w:val="24"/>
        </w:rPr>
        <w:t xml:space="preserve"> – </w:t>
      </w:r>
      <w:proofErr w:type="spellStart"/>
      <w:r w:rsidRPr="0083513D">
        <w:rPr>
          <w:rFonts w:cs="Times New Roman"/>
          <w:sz w:val="24"/>
          <w:szCs w:val="24"/>
        </w:rPr>
        <w:t>uzlabojumi</w:t>
      </w:r>
      <w:proofErr w:type="spellEnd"/>
      <w:r w:rsidRPr="0083513D">
        <w:rPr>
          <w:rFonts w:cs="Times New Roman"/>
          <w:sz w:val="24"/>
          <w:szCs w:val="24"/>
        </w:rPr>
        <w:t xml:space="preserve">), </w:t>
      </w:r>
      <w:proofErr w:type="spellStart"/>
      <w:r w:rsidRPr="0083513D">
        <w:rPr>
          <w:rFonts w:cs="Times New Roman"/>
          <w:sz w:val="24"/>
          <w:szCs w:val="24"/>
        </w:rPr>
        <w:t>iepriekš</w:t>
      </w:r>
      <w:proofErr w:type="spellEnd"/>
      <w:r w:rsidRPr="0083513D">
        <w:rPr>
          <w:rFonts w:cs="Times New Roman"/>
          <w:sz w:val="24"/>
          <w:szCs w:val="24"/>
        </w:rPr>
        <w:t xml:space="preserve"> </w:t>
      </w:r>
      <w:proofErr w:type="spellStart"/>
      <w:r w:rsidRPr="0083513D">
        <w:rPr>
          <w:rFonts w:cs="Times New Roman"/>
          <w:sz w:val="24"/>
          <w:szCs w:val="24"/>
        </w:rPr>
        <w:t>rakstveidā</w:t>
      </w:r>
      <w:proofErr w:type="spellEnd"/>
      <w:r w:rsidRPr="0083513D">
        <w:rPr>
          <w:rFonts w:cs="Times New Roman"/>
          <w:sz w:val="24"/>
          <w:szCs w:val="24"/>
        </w:rPr>
        <w:t xml:space="preserve"> </w:t>
      </w:r>
      <w:proofErr w:type="spellStart"/>
      <w:r w:rsidRPr="0083513D">
        <w:rPr>
          <w:rFonts w:cs="Times New Roman"/>
          <w:sz w:val="24"/>
          <w:szCs w:val="24"/>
        </w:rPr>
        <w:t>saskaņojot</w:t>
      </w:r>
      <w:proofErr w:type="spellEnd"/>
      <w:r w:rsidRPr="0083513D">
        <w:rPr>
          <w:rFonts w:cs="Times New Roman"/>
          <w:sz w:val="24"/>
          <w:szCs w:val="24"/>
        </w:rPr>
        <w:t xml:space="preserve"> </w:t>
      </w:r>
      <w:proofErr w:type="spellStart"/>
      <w:r w:rsidRPr="0083513D">
        <w:rPr>
          <w:rFonts w:cs="Times New Roman"/>
          <w:sz w:val="24"/>
          <w:szCs w:val="24"/>
        </w:rPr>
        <w:t>uzlabojumu</w:t>
      </w:r>
      <w:proofErr w:type="spellEnd"/>
      <w:r w:rsidRPr="0083513D">
        <w:rPr>
          <w:rFonts w:cs="Times New Roman"/>
          <w:sz w:val="24"/>
          <w:szCs w:val="24"/>
        </w:rPr>
        <w:t xml:space="preserve"> </w:t>
      </w:r>
      <w:proofErr w:type="spellStart"/>
      <w:r w:rsidRPr="0083513D">
        <w:rPr>
          <w:rFonts w:cs="Times New Roman"/>
          <w:sz w:val="24"/>
          <w:szCs w:val="24"/>
        </w:rPr>
        <w:t>apjomu</w:t>
      </w:r>
      <w:proofErr w:type="spellEnd"/>
      <w:r w:rsidRPr="0083513D">
        <w:rPr>
          <w:rFonts w:cs="Times New Roman"/>
          <w:sz w:val="24"/>
          <w:szCs w:val="24"/>
        </w:rPr>
        <w:t xml:space="preserve"> un </w:t>
      </w:r>
      <w:proofErr w:type="spellStart"/>
      <w:r w:rsidRPr="0083513D">
        <w:rPr>
          <w:rFonts w:cs="Times New Roman"/>
          <w:sz w:val="24"/>
          <w:szCs w:val="24"/>
        </w:rPr>
        <w:t>izmaksas</w:t>
      </w:r>
      <w:proofErr w:type="spellEnd"/>
      <w:r w:rsidRPr="0083513D">
        <w:rPr>
          <w:rFonts w:cs="Times New Roman"/>
          <w:sz w:val="24"/>
          <w:szCs w:val="24"/>
        </w:rPr>
        <w:t xml:space="preserve"> </w:t>
      </w:r>
      <w:proofErr w:type="spellStart"/>
      <w:r w:rsidRPr="0083513D">
        <w:rPr>
          <w:rFonts w:cs="Times New Roman"/>
          <w:sz w:val="24"/>
          <w:szCs w:val="24"/>
        </w:rPr>
        <w:t>ar</w:t>
      </w:r>
      <w:proofErr w:type="spellEnd"/>
      <w:r w:rsidRPr="0083513D">
        <w:rPr>
          <w:rFonts w:cs="Times New Roman"/>
          <w:sz w:val="24"/>
          <w:szCs w:val="24"/>
        </w:rPr>
        <w:t xml:space="preserve"> </w:t>
      </w:r>
      <w:proofErr w:type="spellStart"/>
      <w:r w:rsidRPr="0083513D">
        <w:rPr>
          <w:rFonts w:cs="Times New Roman"/>
          <w:sz w:val="24"/>
          <w:szCs w:val="24"/>
        </w:rPr>
        <w:t>Pašvaldību</w:t>
      </w:r>
      <w:proofErr w:type="spellEnd"/>
      <w:r w:rsidRPr="0083513D">
        <w:rPr>
          <w:rFonts w:cs="Times New Roman"/>
          <w:sz w:val="24"/>
          <w:szCs w:val="24"/>
        </w:rPr>
        <w:t>;</w:t>
      </w:r>
    </w:p>
    <w:p w14:paraId="792E9E79" w14:textId="187B26B5"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sniegt</w:t>
      </w:r>
      <w:proofErr w:type="spellEnd"/>
      <w:r w:rsidRPr="0083513D">
        <w:rPr>
          <w:rFonts w:cs="Times New Roman"/>
          <w:sz w:val="24"/>
          <w:szCs w:val="24"/>
        </w:rPr>
        <w:t xml:space="preserve"> </w:t>
      </w:r>
      <w:proofErr w:type="spellStart"/>
      <w:r w:rsidRPr="0083513D">
        <w:rPr>
          <w:rFonts w:cs="Times New Roman"/>
          <w:sz w:val="24"/>
          <w:szCs w:val="24"/>
        </w:rPr>
        <w:t>pieteikumus</w:t>
      </w:r>
      <w:proofErr w:type="spellEnd"/>
      <w:r w:rsidRPr="0083513D">
        <w:rPr>
          <w:rFonts w:cs="Times New Roman"/>
          <w:sz w:val="24"/>
          <w:szCs w:val="24"/>
        </w:rPr>
        <w:t xml:space="preserve"> </w:t>
      </w:r>
      <w:proofErr w:type="spellStart"/>
      <w:r w:rsidRPr="0083513D">
        <w:rPr>
          <w:rFonts w:cs="Times New Roman"/>
          <w:sz w:val="24"/>
          <w:szCs w:val="24"/>
        </w:rPr>
        <w:t>projektu</w:t>
      </w:r>
      <w:proofErr w:type="spellEnd"/>
      <w:r w:rsidRPr="0083513D">
        <w:rPr>
          <w:rFonts w:cs="Times New Roman"/>
          <w:sz w:val="24"/>
          <w:szCs w:val="24"/>
        </w:rPr>
        <w:t xml:space="preserve"> </w:t>
      </w:r>
      <w:proofErr w:type="spellStart"/>
      <w:r w:rsidRPr="0083513D">
        <w:rPr>
          <w:rFonts w:cs="Times New Roman"/>
          <w:sz w:val="24"/>
          <w:szCs w:val="24"/>
        </w:rPr>
        <w:t>konkursos</w:t>
      </w:r>
      <w:proofErr w:type="spellEnd"/>
      <w:r w:rsidRPr="0083513D">
        <w:rPr>
          <w:rFonts w:cs="Times New Roman"/>
          <w:sz w:val="24"/>
          <w:szCs w:val="24"/>
        </w:rPr>
        <w:t>, norādot Objektu kā projekta realizācijas vietu;</w:t>
      </w:r>
    </w:p>
    <w:p w14:paraId="0C828192" w14:textId="509A001F"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uzstādīt</w:t>
      </w:r>
      <w:proofErr w:type="spellEnd"/>
      <w:r w:rsidRPr="0083513D">
        <w:rPr>
          <w:rFonts w:cs="Times New Roman"/>
          <w:sz w:val="24"/>
          <w:szCs w:val="24"/>
        </w:rPr>
        <w:t xml:space="preserve"> </w:t>
      </w:r>
      <w:proofErr w:type="spellStart"/>
      <w:r w:rsidRPr="0083513D">
        <w:rPr>
          <w:rFonts w:cs="Times New Roman"/>
          <w:sz w:val="24"/>
          <w:szCs w:val="24"/>
        </w:rPr>
        <w:t>informācijas</w:t>
      </w:r>
      <w:proofErr w:type="spellEnd"/>
      <w:r w:rsidRPr="0083513D">
        <w:rPr>
          <w:rFonts w:cs="Times New Roman"/>
          <w:sz w:val="24"/>
          <w:szCs w:val="24"/>
        </w:rPr>
        <w:t xml:space="preserve"> </w:t>
      </w:r>
      <w:proofErr w:type="spellStart"/>
      <w:r w:rsidRPr="0083513D">
        <w:rPr>
          <w:rFonts w:cs="Times New Roman"/>
          <w:sz w:val="24"/>
          <w:szCs w:val="24"/>
        </w:rPr>
        <w:t>izkārtnes</w:t>
      </w:r>
      <w:proofErr w:type="spellEnd"/>
      <w:r w:rsidRPr="0083513D">
        <w:rPr>
          <w:rFonts w:cs="Times New Roman"/>
          <w:sz w:val="24"/>
          <w:szCs w:val="24"/>
        </w:rPr>
        <w:t xml:space="preserve">, </w:t>
      </w:r>
      <w:proofErr w:type="spellStart"/>
      <w:r w:rsidRPr="0083513D">
        <w:rPr>
          <w:rFonts w:cs="Times New Roman"/>
          <w:sz w:val="24"/>
          <w:szCs w:val="24"/>
        </w:rPr>
        <w:t>reklāmu</w:t>
      </w:r>
      <w:proofErr w:type="spellEnd"/>
      <w:r w:rsidRPr="0083513D">
        <w:rPr>
          <w:rFonts w:cs="Times New Roman"/>
          <w:sz w:val="24"/>
          <w:szCs w:val="24"/>
        </w:rPr>
        <w:t xml:space="preserve"> un atribūtiku (logotipus, firmas zīmes) Objektā vai pie tā, saskaņojot to ar Pašvaldību un ievērojot pašvaldības saistošos noteikumus. Līguma izbeigšanās gadījumā Lietotājs par saviem līdzekļiem demontē uzstādītās izkārtnes.</w:t>
      </w:r>
    </w:p>
    <w:p w14:paraId="05B16A07" w14:textId="76D49BB5" w:rsidR="00E644B0" w:rsidRPr="0083513D" w:rsidRDefault="00DB3176" w:rsidP="00634553">
      <w:pPr>
        <w:pStyle w:val="Sarakstarindkopa"/>
        <w:numPr>
          <w:ilvl w:val="0"/>
          <w:numId w:val="11"/>
        </w:numPr>
        <w:spacing w:before="240" w:after="0" w:line="240" w:lineRule="auto"/>
        <w:jc w:val="center"/>
        <w:rPr>
          <w:rFonts w:cs="Times New Roman"/>
          <w:sz w:val="24"/>
          <w:szCs w:val="24"/>
        </w:rPr>
      </w:pPr>
      <w:r w:rsidRPr="0083513D">
        <w:rPr>
          <w:rFonts w:cs="Times New Roman"/>
          <w:b/>
          <w:sz w:val="24"/>
          <w:szCs w:val="24"/>
        </w:rPr>
        <w:t>PAŠVALDĪBAS PIENĀKUMI UN TIESĪBAS</w:t>
      </w:r>
    </w:p>
    <w:p w14:paraId="023D3390" w14:textId="59132453" w:rsidR="00E644B0" w:rsidRPr="0083513D" w:rsidRDefault="00DB3176" w:rsidP="0083513D">
      <w:pPr>
        <w:pStyle w:val="Sarakstarindkopa"/>
        <w:numPr>
          <w:ilvl w:val="1"/>
          <w:numId w:val="11"/>
        </w:numPr>
        <w:spacing w:after="0" w:line="240" w:lineRule="auto"/>
        <w:jc w:val="both"/>
        <w:rPr>
          <w:rFonts w:cs="Times New Roman"/>
          <w:sz w:val="24"/>
          <w:szCs w:val="24"/>
        </w:rPr>
      </w:pPr>
      <w:r w:rsidRPr="0083513D">
        <w:rPr>
          <w:rFonts w:cs="Times New Roman"/>
          <w:sz w:val="24"/>
          <w:szCs w:val="24"/>
        </w:rPr>
        <w:t xml:space="preserve">Pašvaldība </w:t>
      </w:r>
      <w:proofErr w:type="spellStart"/>
      <w:r w:rsidRPr="0083513D">
        <w:rPr>
          <w:rFonts w:cs="Times New Roman"/>
          <w:sz w:val="24"/>
          <w:szCs w:val="24"/>
        </w:rPr>
        <w:t>apņemas</w:t>
      </w:r>
      <w:proofErr w:type="spellEnd"/>
      <w:r w:rsidRPr="0083513D">
        <w:rPr>
          <w:rFonts w:cs="Times New Roman"/>
          <w:sz w:val="24"/>
          <w:szCs w:val="24"/>
        </w:rPr>
        <w:t>:</w:t>
      </w:r>
    </w:p>
    <w:p w14:paraId="00EFC474" w14:textId="19D7EC42"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nodrošināt</w:t>
      </w:r>
      <w:proofErr w:type="spellEnd"/>
      <w:r w:rsidRPr="0083513D">
        <w:rPr>
          <w:rFonts w:cs="Times New Roman"/>
          <w:sz w:val="24"/>
          <w:szCs w:val="24"/>
        </w:rPr>
        <w:t xml:space="preserve"> </w:t>
      </w:r>
      <w:proofErr w:type="spellStart"/>
      <w:r w:rsidRPr="0083513D">
        <w:rPr>
          <w:rFonts w:cs="Times New Roman"/>
          <w:sz w:val="24"/>
          <w:szCs w:val="24"/>
        </w:rPr>
        <w:t>Lietotājam</w:t>
      </w:r>
      <w:proofErr w:type="spellEnd"/>
      <w:r w:rsidRPr="0083513D">
        <w:rPr>
          <w:rFonts w:cs="Times New Roman"/>
          <w:sz w:val="24"/>
          <w:szCs w:val="24"/>
        </w:rPr>
        <w:t xml:space="preserve"> </w:t>
      </w:r>
      <w:proofErr w:type="spellStart"/>
      <w:r w:rsidRPr="0083513D">
        <w:rPr>
          <w:rFonts w:cs="Times New Roman"/>
          <w:sz w:val="24"/>
          <w:szCs w:val="24"/>
        </w:rPr>
        <w:t>netraucētu</w:t>
      </w:r>
      <w:proofErr w:type="spellEnd"/>
      <w:r w:rsidRPr="0083513D">
        <w:rPr>
          <w:rFonts w:cs="Times New Roman"/>
          <w:sz w:val="24"/>
          <w:szCs w:val="24"/>
        </w:rPr>
        <w:t xml:space="preserve"> </w:t>
      </w:r>
      <w:proofErr w:type="spellStart"/>
      <w:r w:rsidRPr="0083513D">
        <w:rPr>
          <w:rFonts w:cs="Times New Roman"/>
          <w:sz w:val="24"/>
          <w:szCs w:val="24"/>
        </w:rPr>
        <w:t>Objekta</w:t>
      </w:r>
      <w:proofErr w:type="spellEnd"/>
      <w:r w:rsidRPr="0083513D">
        <w:rPr>
          <w:rFonts w:cs="Times New Roman"/>
          <w:sz w:val="24"/>
          <w:szCs w:val="24"/>
        </w:rPr>
        <w:t xml:space="preserve"> </w:t>
      </w:r>
      <w:proofErr w:type="spellStart"/>
      <w:r w:rsidRPr="0083513D">
        <w:rPr>
          <w:rFonts w:cs="Times New Roman"/>
          <w:sz w:val="24"/>
          <w:szCs w:val="24"/>
        </w:rPr>
        <w:t>lietošanu</w:t>
      </w:r>
      <w:proofErr w:type="spellEnd"/>
      <w:r w:rsidRPr="0083513D">
        <w:rPr>
          <w:rFonts w:cs="Times New Roman"/>
          <w:sz w:val="24"/>
          <w:szCs w:val="24"/>
        </w:rPr>
        <w:t xml:space="preserve"> </w:t>
      </w:r>
      <w:proofErr w:type="spellStart"/>
      <w:r w:rsidRPr="0083513D">
        <w:rPr>
          <w:rFonts w:cs="Times New Roman"/>
          <w:sz w:val="24"/>
          <w:szCs w:val="24"/>
        </w:rPr>
        <w:t>Līgumā</w:t>
      </w:r>
      <w:proofErr w:type="spellEnd"/>
      <w:r w:rsidRPr="0083513D">
        <w:rPr>
          <w:rFonts w:cs="Times New Roman"/>
          <w:sz w:val="24"/>
          <w:szCs w:val="24"/>
        </w:rPr>
        <w:t xml:space="preserve"> </w:t>
      </w:r>
      <w:proofErr w:type="spellStart"/>
      <w:r w:rsidRPr="0083513D">
        <w:rPr>
          <w:rFonts w:cs="Times New Roman"/>
          <w:sz w:val="24"/>
          <w:szCs w:val="24"/>
        </w:rPr>
        <w:t>paredzētajiem</w:t>
      </w:r>
      <w:proofErr w:type="spellEnd"/>
      <w:r w:rsidRPr="0083513D">
        <w:rPr>
          <w:rFonts w:cs="Times New Roman"/>
          <w:sz w:val="24"/>
          <w:szCs w:val="24"/>
        </w:rPr>
        <w:t xml:space="preserve"> </w:t>
      </w:r>
      <w:proofErr w:type="spellStart"/>
      <w:r w:rsidRPr="0083513D">
        <w:rPr>
          <w:rFonts w:cs="Times New Roman"/>
          <w:sz w:val="24"/>
          <w:szCs w:val="24"/>
        </w:rPr>
        <w:t>mērķiem</w:t>
      </w:r>
      <w:proofErr w:type="spellEnd"/>
      <w:r w:rsidRPr="0083513D">
        <w:rPr>
          <w:rFonts w:cs="Times New Roman"/>
          <w:sz w:val="24"/>
          <w:szCs w:val="24"/>
        </w:rPr>
        <w:t xml:space="preserve"> un </w:t>
      </w:r>
      <w:proofErr w:type="spellStart"/>
      <w:r w:rsidRPr="0083513D">
        <w:rPr>
          <w:rFonts w:cs="Times New Roman"/>
          <w:sz w:val="24"/>
          <w:szCs w:val="24"/>
        </w:rPr>
        <w:t>termiņā</w:t>
      </w:r>
      <w:proofErr w:type="spellEnd"/>
      <w:r w:rsidRPr="0083513D">
        <w:rPr>
          <w:rFonts w:cs="Times New Roman"/>
          <w:sz w:val="24"/>
          <w:szCs w:val="24"/>
        </w:rPr>
        <w:t>;</w:t>
      </w:r>
    </w:p>
    <w:p w14:paraId="09503EE8" w14:textId="6975AFBA"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nelikt</w:t>
      </w:r>
      <w:proofErr w:type="spellEnd"/>
      <w:r w:rsidRPr="0083513D">
        <w:rPr>
          <w:rFonts w:cs="Times New Roman"/>
          <w:sz w:val="24"/>
          <w:szCs w:val="24"/>
        </w:rPr>
        <w:t xml:space="preserve"> </w:t>
      </w:r>
      <w:proofErr w:type="spellStart"/>
      <w:r w:rsidRPr="0083513D">
        <w:rPr>
          <w:rFonts w:cs="Times New Roman"/>
          <w:sz w:val="24"/>
          <w:szCs w:val="24"/>
        </w:rPr>
        <w:t>Lietotājam</w:t>
      </w:r>
      <w:proofErr w:type="spellEnd"/>
      <w:r w:rsidRPr="0083513D">
        <w:rPr>
          <w:rFonts w:cs="Times New Roman"/>
          <w:sz w:val="24"/>
          <w:szCs w:val="24"/>
        </w:rPr>
        <w:t xml:space="preserve"> </w:t>
      </w:r>
      <w:proofErr w:type="spellStart"/>
      <w:r w:rsidRPr="0083513D">
        <w:rPr>
          <w:rFonts w:cs="Times New Roman"/>
          <w:sz w:val="24"/>
          <w:szCs w:val="24"/>
        </w:rPr>
        <w:t>nepamatotus</w:t>
      </w:r>
      <w:proofErr w:type="spellEnd"/>
      <w:r w:rsidRPr="0083513D">
        <w:rPr>
          <w:rFonts w:cs="Times New Roman"/>
          <w:sz w:val="24"/>
          <w:szCs w:val="24"/>
        </w:rPr>
        <w:t xml:space="preserve"> un nelikumīgus šķēršļus Objekta izmantošanā;</w:t>
      </w:r>
    </w:p>
    <w:p w14:paraId="668A0D8F" w14:textId="312F904D"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neiejaukties</w:t>
      </w:r>
      <w:proofErr w:type="spellEnd"/>
      <w:r w:rsidRPr="0083513D">
        <w:rPr>
          <w:rFonts w:cs="Times New Roman"/>
          <w:sz w:val="24"/>
          <w:szCs w:val="24"/>
        </w:rPr>
        <w:t xml:space="preserve"> </w:t>
      </w:r>
      <w:proofErr w:type="spellStart"/>
      <w:r w:rsidRPr="0083513D">
        <w:rPr>
          <w:rFonts w:cs="Times New Roman"/>
          <w:sz w:val="24"/>
          <w:szCs w:val="24"/>
        </w:rPr>
        <w:t>Lietotāja</w:t>
      </w:r>
      <w:proofErr w:type="spellEnd"/>
      <w:r w:rsidRPr="0083513D">
        <w:rPr>
          <w:rFonts w:cs="Times New Roman"/>
          <w:sz w:val="24"/>
          <w:szCs w:val="24"/>
        </w:rPr>
        <w:t xml:space="preserve"> </w:t>
      </w:r>
      <w:proofErr w:type="spellStart"/>
      <w:r w:rsidRPr="0083513D">
        <w:rPr>
          <w:rFonts w:cs="Times New Roman"/>
          <w:sz w:val="24"/>
          <w:szCs w:val="24"/>
        </w:rPr>
        <w:t>darbībā</w:t>
      </w:r>
      <w:proofErr w:type="spellEnd"/>
      <w:r w:rsidRPr="0083513D">
        <w:rPr>
          <w:rFonts w:cs="Times New Roman"/>
          <w:sz w:val="24"/>
          <w:szCs w:val="24"/>
        </w:rPr>
        <w:t xml:space="preserve"> un nekādā veidā neierobežot Objekta lietošanas kārtību, ja tā nav pretrunā ar Līguma noteikumiem un ēkas kopējo ekspluatācijas režīmu.</w:t>
      </w:r>
    </w:p>
    <w:p w14:paraId="5937185F" w14:textId="3B9463D8"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Pašvaldībai</w:t>
      </w:r>
      <w:proofErr w:type="spellEnd"/>
      <w:r w:rsidRPr="0083513D">
        <w:rPr>
          <w:rFonts w:cs="Times New Roman"/>
          <w:sz w:val="24"/>
          <w:szCs w:val="24"/>
        </w:rPr>
        <w:t xml:space="preserve"> </w:t>
      </w:r>
      <w:proofErr w:type="spellStart"/>
      <w:r w:rsidRPr="0083513D">
        <w:rPr>
          <w:rFonts w:cs="Times New Roman"/>
          <w:sz w:val="24"/>
          <w:szCs w:val="24"/>
        </w:rPr>
        <w:t>ir</w:t>
      </w:r>
      <w:proofErr w:type="spellEnd"/>
      <w:r w:rsidRPr="0083513D">
        <w:rPr>
          <w:rFonts w:cs="Times New Roman"/>
          <w:sz w:val="24"/>
          <w:szCs w:val="24"/>
        </w:rPr>
        <w:t xml:space="preserve"> </w:t>
      </w:r>
      <w:proofErr w:type="spellStart"/>
      <w:r w:rsidRPr="0083513D">
        <w:rPr>
          <w:rFonts w:cs="Times New Roman"/>
          <w:sz w:val="24"/>
          <w:szCs w:val="24"/>
        </w:rPr>
        <w:t>tiesības</w:t>
      </w:r>
      <w:proofErr w:type="spellEnd"/>
      <w:r w:rsidRPr="0083513D">
        <w:rPr>
          <w:rFonts w:cs="Times New Roman"/>
          <w:sz w:val="24"/>
          <w:szCs w:val="24"/>
        </w:rPr>
        <w:t>:</w:t>
      </w:r>
    </w:p>
    <w:p w14:paraId="31AED65F" w14:textId="0AC5BB3F"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jebkurā</w:t>
      </w:r>
      <w:proofErr w:type="spellEnd"/>
      <w:r w:rsidRPr="0083513D">
        <w:rPr>
          <w:rFonts w:cs="Times New Roman"/>
          <w:sz w:val="24"/>
          <w:szCs w:val="24"/>
        </w:rPr>
        <w:t xml:space="preserve"> </w:t>
      </w:r>
      <w:proofErr w:type="spellStart"/>
      <w:r w:rsidRPr="0083513D">
        <w:rPr>
          <w:rFonts w:cs="Times New Roman"/>
          <w:sz w:val="24"/>
          <w:szCs w:val="24"/>
        </w:rPr>
        <w:t>laikā</w:t>
      </w:r>
      <w:proofErr w:type="spellEnd"/>
      <w:r w:rsidRPr="0083513D">
        <w:rPr>
          <w:rFonts w:cs="Times New Roman"/>
          <w:sz w:val="24"/>
          <w:szCs w:val="24"/>
        </w:rPr>
        <w:t xml:space="preserve"> </w:t>
      </w:r>
      <w:proofErr w:type="spellStart"/>
      <w:r w:rsidRPr="0083513D">
        <w:rPr>
          <w:rFonts w:cs="Times New Roman"/>
          <w:sz w:val="24"/>
          <w:szCs w:val="24"/>
        </w:rPr>
        <w:t>kontrolēt</w:t>
      </w:r>
      <w:proofErr w:type="spellEnd"/>
      <w:r w:rsidRPr="0083513D">
        <w:rPr>
          <w:rFonts w:cs="Times New Roman"/>
          <w:sz w:val="24"/>
          <w:szCs w:val="24"/>
        </w:rPr>
        <w:t xml:space="preserve">, </w:t>
      </w:r>
      <w:proofErr w:type="spellStart"/>
      <w:r w:rsidRPr="0083513D">
        <w:rPr>
          <w:rFonts w:cs="Times New Roman"/>
          <w:sz w:val="24"/>
          <w:szCs w:val="24"/>
        </w:rPr>
        <w:t>vai</w:t>
      </w:r>
      <w:proofErr w:type="spellEnd"/>
      <w:r w:rsidRPr="0083513D">
        <w:rPr>
          <w:rFonts w:cs="Times New Roman"/>
          <w:sz w:val="24"/>
          <w:szCs w:val="24"/>
        </w:rPr>
        <w:t xml:space="preserve"> </w:t>
      </w:r>
      <w:proofErr w:type="spellStart"/>
      <w:r w:rsidRPr="0083513D">
        <w:rPr>
          <w:rFonts w:cs="Times New Roman"/>
          <w:sz w:val="24"/>
          <w:szCs w:val="24"/>
        </w:rPr>
        <w:t>Lietotājs</w:t>
      </w:r>
      <w:proofErr w:type="spellEnd"/>
      <w:r w:rsidRPr="0083513D">
        <w:rPr>
          <w:rFonts w:cs="Times New Roman"/>
          <w:sz w:val="24"/>
          <w:szCs w:val="24"/>
        </w:rPr>
        <w:t xml:space="preserve"> </w:t>
      </w:r>
      <w:proofErr w:type="spellStart"/>
      <w:r w:rsidRPr="0083513D">
        <w:rPr>
          <w:rFonts w:cs="Times New Roman"/>
          <w:sz w:val="24"/>
          <w:szCs w:val="24"/>
        </w:rPr>
        <w:t>Objektu</w:t>
      </w:r>
      <w:proofErr w:type="spellEnd"/>
      <w:r w:rsidRPr="0083513D">
        <w:rPr>
          <w:rFonts w:cs="Times New Roman"/>
          <w:sz w:val="24"/>
          <w:szCs w:val="24"/>
        </w:rPr>
        <w:t xml:space="preserve"> </w:t>
      </w:r>
      <w:proofErr w:type="spellStart"/>
      <w:r w:rsidRPr="0083513D">
        <w:rPr>
          <w:rFonts w:cs="Times New Roman"/>
          <w:sz w:val="24"/>
          <w:szCs w:val="24"/>
        </w:rPr>
        <w:t>izmanto</w:t>
      </w:r>
      <w:proofErr w:type="spellEnd"/>
      <w:r w:rsidRPr="0083513D">
        <w:rPr>
          <w:rFonts w:cs="Times New Roman"/>
          <w:sz w:val="24"/>
          <w:szCs w:val="24"/>
        </w:rPr>
        <w:t xml:space="preserve"> </w:t>
      </w:r>
      <w:proofErr w:type="spellStart"/>
      <w:r w:rsidRPr="0083513D">
        <w:rPr>
          <w:rFonts w:cs="Times New Roman"/>
          <w:sz w:val="24"/>
          <w:szCs w:val="24"/>
        </w:rPr>
        <w:t>atbilstoši</w:t>
      </w:r>
      <w:proofErr w:type="spellEnd"/>
      <w:r w:rsidRPr="0083513D">
        <w:rPr>
          <w:rFonts w:cs="Times New Roman"/>
          <w:sz w:val="24"/>
          <w:szCs w:val="24"/>
        </w:rPr>
        <w:t xml:space="preserve"> </w:t>
      </w:r>
      <w:proofErr w:type="spellStart"/>
      <w:r w:rsidRPr="0083513D">
        <w:rPr>
          <w:rFonts w:cs="Times New Roman"/>
          <w:sz w:val="24"/>
          <w:szCs w:val="24"/>
        </w:rPr>
        <w:t>paredzētajam</w:t>
      </w:r>
      <w:proofErr w:type="spellEnd"/>
      <w:r w:rsidRPr="0083513D">
        <w:rPr>
          <w:rFonts w:cs="Times New Roman"/>
          <w:sz w:val="24"/>
          <w:szCs w:val="24"/>
        </w:rPr>
        <w:t xml:space="preserve"> </w:t>
      </w:r>
      <w:proofErr w:type="spellStart"/>
      <w:r w:rsidRPr="0083513D">
        <w:rPr>
          <w:rFonts w:cs="Times New Roman"/>
          <w:sz w:val="24"/>
          <w:szCs w:val="24"/>
        </w:rPr>
        <w:t>mērķim</w:t>
      </w:r>
      <w:proofErr w:type="spellEnd"/>
      <w:r w:rsidRPr="0083513D">
        <w:rPr>
          <w:rFonts w:cs="Times New Roman"/>
          <w:sz w:val="24"/>
          <w:szCs w:val="24"/>
        </w:rPr>
        <w:t xml:space="preserve"> un </w:t>
      </w:r>
      <w:proofErr w:type="spellStart"/>
      <w:r w:rsidRPr="0083513D">
        <w:rPr>
          <w:rFonts w:cs="Times New Roman"/>
          <w:sz w:val="24"/>
          <w:szCs w:val="24"/>
        </w:rPr>
        <w:t>Līguma</w:t>
      </w:r>
      <w:proofErr w:type="spellEnd"/>
      <w:r w:rsidRPr="0083513D">
        <w:rPr>
          <w:rFonts w:cs="Times New Roman"/>
          <w:sz w:val="24"/>
          <w:szCs w:val="24"/>
        </w:rPr>
        <w:t xml:space="preserve"> </w:t>
      </w:r>
      <w:proofErr w:type="spellStart"/>
      <w:r w:rsidRPr="0083513D">
        <w:rPr>
          <w:rFonts w:cs="Times New Roman"/>
          <w:sz w:val="24"/>
          <w:szCs w:val="24"/>
        </w:rPr>
        <w:t>noteikumiem</w:t>
      </w:r>
      <w:proofErr w:type="spellEnd"/>
      <w:r w:rsidRPr="0083513D">
        <w:rPr>
          <w:rFonts w:cs="Times New Roman"/>
          <w:sz w:val="24"/>
          <w:szCs w:val="24"/>
        </w:rPr>
        <w:t>;</w:t>
      </w:r>
    </w:p>
    <w:p w14:paraId="1B62B688" w14:textId="36D9A47D"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pieprasīt</w:t>
      </w:r>
      <w:proofErr w:type="spellEnd"/>
      <w:r w:rsidRPr="0083513D">
        <w:rPr>
          <w:rFonts w:cs="Times New Roman"/>
          <w:sz w:val="24"/>
          <w:szCs w:val="24"/>
        </w:rPr>
        <w:t xml:space="preserve"> no </w:t>
      </w:r>
      <w:proofErr w:type="spellStart"/>
      <w:r w:rsidRPr="0083513D">
        <w:rPr>
          <w:rFonts w:cs="Times New Roman"/>
          <w:sz w:val="24"/>
          <w:szCs w:val="24"/>
        </w:rPr>
        <w:t>Lietotāja</w:t>
      </w:r>
      <w:proofErr w:type="spellEnd"/>
      <w:r w:rsidRPr="0083513D">
        <w:rPr>
          <w:rFonts w:cs="Times New Roman"/>
          <w:sz w:val="24"/>
          <w:szCs w:val="24"/>
        </w:rPr>
        <w:t xml:space="preserve"> </w:t>
      </w:r>
      <w:proofErr w:type="spellStart"/>
      <w:r w:rsidRPr="0083513D">
        <w:rPr>
          <w:rFonts w:cs="Times New Roman"/>
          <w:sz w:val="24"/>
          <w:szCs w:val="24"/>
        </w:rPr>
        <w:t>informāciju</w:t>
      </w:r>
      <w:proofErr w:type="spellEnd"/>
      <w:r w:rsidRPr="0083513D">
        <w:rPr>
          <w:rFonts w:cs="Times New Roman"/>
          <w:sz w:val="24"/>
          <w:szCs w:val="24"/>
        </w:rPr>
        <w:t xml:space="preserve"> un paskaidrojumus saistībā ar Objekta ekspluatāciju un uzturēšanu.</w:t>
      </w:r>
    </w:p>
    <w:p w14:paraId="350145D7" w14:textId="6A5A2064" w:rsidR="00E644B0" w:rsidRPr="0083513D" w:rsidRDefault="00DB3176" w:rsidP="0083513D">
      <w:pPr>
        <w:pStyle w:val="Sarakstarindkopa"/>
        <w:numPr>
          <w:ilvl w:val="1"/>
          <w:numId w:val="11"/>
        </w:numPr>
        <w:spacing w:after="0" w:line="240" w:lineRule="auto"/>
        <w:jc w:val="both"/>
        <w:rPr>
          <w:rFonts w:cs="Times New Roman"/>
          <w:sz w:val="24"/>
          <w:szCs w:val="24"/>
        </w:rPr>
      </w:pPr>
      <w:r w:rsidRPr="0083513D">
        <w:rPr>
          <w:rFonts w:cs="Times New Roman"/>
          <w:sz w:val="24"/>
          <w:szCs w:val="24"/>
        </w:rPr>
        <w:t xml:space="preserve">Pašvaldība </w:t>
      </w:r>
      <w:proofErr w:type="spellStart"/>
      <w:r w:rsidRPr="0083513D">
        <w:rPr>
          <w:rFonts w:cs="Times New Roman"/>
          <w:sz w:val="24"/>
          <w:szCs w:val="24"/>
        </w:rPr>
        <w:t>garantē</w:t>
      </w:r>
      <w:proofErr w:type="spellEnd"/>
      <w:r w:rsidRPr="0083513D">
        <w:rPr>
          <w:rFonts w:cs="Times New Roman"/>
          <w:sz w:val="24"/>
          <w:szCs w:val="24"/>
        </w:rPr>
        <w:t xml:space="preserve"> </w:t>
      </w:r>
      <w:proofErr w:type="spellStart"/>
      <w:r w:rsidRPr="0083513D">
        <w:rPr>
          <w:rFonts w:cs="Times New Roman"/>
          <w:sz w:val="24"/>
          <w:szCs w:val="24"/>
        </w:rPr>
        <w:t>Lietotājam</w:t>
      </w:r>
      <w:proofErr w:type="spellEnd"/>
      <w:r w:rsidRPr="0083513D">
        <w:rPr>
          <w:rFonts w:cs="Times New Roman"/>
          <w:sz w:val="24"/>
          <w:szCs w:val="24"/>
        </w:rPr>
        <w:t xml:space="preserve">, ka </w:t>
      </w:r>
      <w:proofErr w:type="spellStart"/>
      <w:r w:rsidRPr="0083513D">
        <w:rPr>
          <w:rFonts w:cs="Times New Roman"/>
          <w:sz w:val="24"/>
          <w:szCs w:val="24"/>
        </w:rPr>
        <w:t>Pašvaldībai</w:t>
      </w:r>
      <w:proofErr w:type="spellEnd"/>
      <w:r w:rsidRPr="0083513D">
        <w:rPr>
          <w:rFonts w:cs="Times New Roman"/>
          <w:sz w:val="24"/>
          <w:szCs w:val="24"/>
        </w:rPr>
        <w:t xml:space="preserve"> ir visas tiesības slēgt šo Līgumu un rīkoties ar Objektu Līgumā paredzētajā apjomā.</w:t>
      </w:r>
    </w:p>
    <w:p w14:paraId="0CE1190F" w14:textId="6EFB91B6" w:rsidR="00E644B0" w:rsidRPr="0083513D" w:rsidRDefault="00DB3176" w:rsidP="00322741">
      <w:pPr>
        <w:pStyle w:val="Sarakstarindkopa"/>
        <w:numPr>
          <w:ilvl w:val="0"/>
          <w:numId w:val="11"/>
        </w:numPr>
        <w:spacing w:before="240" w:line="360" w:lineRule="auto"/>
        <w:jc w:val="center"/>
        <w:rPr>
          <w:rFonts w:cs="Times New Roman"/>
          <w:sz w:val="24"/>
          <w:szCs w:val="24"/>
        </w:rPr>
      </w:pPr>
      <w:r w:rsidRPr="0083513D">
        <w:rPr>
          <w:rFonts w:cs="Times New Roman"/>
          <w:b/>
          <w:sz w:val="24"/>
          <w:szCs w:val="24"/>
        </w:rPr>
        <w:t>PUŠU ATBILDĪBA</w:t>
      </w:r>
    </w:p>
    <w:p w14:paraId="328B00A8" w14:textId="601F5CF2"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lastRenderedPageBreak/>
        <w:t>Katra</w:t>
      </w:r>
      <w:proofErr w:type="spellEnd"/>
      <w:r w:rsidRPr="0083513D">
        <w:rPr>
          <w:rFonts w:cs="Times New Roman"/>
          <w:sz w:val="24"/>
          <w:szCs w:val="24"/>
        </w:rPr>
        <w:t xml:space="preserve"> </w:t>
      </w:r>
      <w:proofErr w:type="spellStart"/>
      <w:r w:rsidRPr="0083513D">
        <w:rPr>
          <w:rFonts w:cs="Times New Roman"/>
          <w:sz w:val="24"/>
          <w:szCs w:val="24"/>
        </w:rPr>
        <w:t>Puse</w:t>
      </w:r>
      <w:proofErr w:type="spellEnd"/>
      <w:r w:rsidRPr="0083513D">
        <w:rPr>
          <w:rFonts w:cs="Times New Roman"/>
          <w:sz w:val="24"/>
          <w:szCs w:val="24"/>
        </w:rPr>
        <w:t xml:space="preserve"> </w:t>
      </w:r>
      <w:proofErr w:type="spellStart"/>
      <w:r w:rsidRPr="0083513D">
        <w:rPr>
          <w:rFonts w:cs="Times New Roman"/>
          <w:sz w:val="24"/>
          <w:szCs w:val="24"/>
        </w:rPr>
        <w:t>ir</w:t>
      </w:r>
      <w:proofErr w:type="spellEnd"/>
      <w:r w:rsidRPr="0083513D">
        <w:rPr>
          <w:rFonts w:cs="Times New Roman"/>
          <w:sz w:val="24"/>
          <w:szCs w:val="24"/>
        </w:rPr>
        <w:t xml:space="preserve"> </w:t>
      </w:r>
      <w:proofErr w:type="spellStart"/>
      <w:r w:rsidRPr="0083513D">
        <w:rPr>
          <w:rFonts w:cs="Times New Roman"/>
          <w:sz w:val="24"/>
          <w:szCs w:val="24"/>
        </w:rPr>
        <w:t>atbildīga</w:t>
      </w:r>
      <w:proofErr w:type="spellEnd"/>
      <w:r w:rsidRPr="0083513D">
        <w:rPr>
          <w:rFonts w:cs="Times New Roman"/>
          <w:sz w:val="24"/>
          <w:szCs w:val="24"/>
        </w:rPr>
        <w:t xml:space="preserve"> par postījumiem un zaudējumiem, kas Objektam vai otrai Pusei nodarīti tās nodoma vai neuzmanības dēļ, kā arī tās darbinieku vai piesaistīto personu vainas dēļ.</w:t>
      </w:r>
    </w:p>
    <w:p w14:paraId="19A50D51" w14:textId="08C12459"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Puses</w:t>
      </w:r>
      <w:proofErr w:type="spellEnd"/>
      <w:r w:rsidRPr="0083513D">
        <w:rPr>
          <w:rFonts w:cs="Times New Roman"/>
          <w:sz w:val="24"/>
          <w:szCs w:val="24"/>
        </w:rPr>
        <w:t xml:space="preserve"> nav </w:t>
      </w:r>
      <w:proofErr w:type="spellStart"/>
      <w:r w:rsidRPr="0083513D">
        <w:rPr>
          <w:rFonts w:cs="Times New Roman"/>
          <w:sz w:val="24"/>
          <w:szCs w:val="24"/>
        </w:rPr>
        <w:t>atbildīgas</w:t>
      </w:r>
      <w:proofErr w:type="spellEnd"/>
      <w:r w:rsidRPr="0083513D">
        <w:rPr>
          <w:rFonts w:cs="Times New Roman"/>
          <w:sz w:val="24"/>
          <w:szCs w:val="24"/>
        </w:rPr>
        <w:t xml:space="preserve"> par saistību neizpildi vai nepienācīgu izpildi, ja tā radusies nepārvaramas varas (</w:t>
      </w:r>
      <w:r w:rsidRPr="0083513D">
        <w:rPr>
          <w:rFonts w:cs="Times New Roman"/>
          <w:i/>
          <w:iCs/>
          <w:sz w:val="24"/>
          <w:szCs w:val="24"/>
        </w:rPr>
        <w:t>Force Majeure</w:t>
      </w:r>
      <w:r w:rsidRPr="0083513D">
        <w:rPr>
          <w:rFonts w:cs="Times New Roman"/>
          <w:sz w:val="24"/>
          <w:szCs w:val="24"/>
        </w:rPr>
        <w:t>) apstākļu dēļ.</w:t>
      </w:r>
    </w:p>
    <w:p w14:paraId="6BFC9F8F" w14:textId="0A75906D" w:rsidR="00E644B0" w:rsidRPr="0083513D" w:rsidRDefault="00DB3176" w:rsidP="00322741">
      <w:pPr>
        <w:pStyle w:val="Sarakstarindkopa"/>
        <w:numPr>
          <w:ilvl w:val="0"/>
          <w:numId w:val="11"/>
        </w:numPr>
        <w:spacing w:before="240" w:line="360" w:lineRule="auto"/>
        <w:jc w:val="center"/>
        <w:rPr>
          <w:rFonts w:cs="Times New Roman"/>
          <w:sz w:val="24"/>
          <w:szCs w:val="24"/>
        </w:rPr>
      </w:pPr>
      <w:r w:rsidRPr="0083513D">
        <w:rPr>
          <w:rFonts w:cs="Times New Roman"/>
          <w:b/>
          <w:sz w:val="24"/>
          <w:szCs w:val="24"/>
        </w:rPr>
        <w:t>FORCE MAJEURE</w:t>
      </w:r>
    </w:p>
    <w:p w14:paraId="5582278F" w14:textId="20447D14"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Puses</w:t>
      </w:r>
      <w:proofErr w:type="spellEnd"/>
      <w:r w:rsidRPr="0083513D">
        <w:rPr>
          <w:rFonts w:cs="Times New Roman"/>
          <w:sz w:val="24"/>
          <w:szCs w:val="24"/>
        </w:rPr>
        <w:t xml:space="preserve"> </w:t>
      </w:r>
      <w:proofErr w:type="spellStart"/>
      <w:r w:rsidRPr="0083513D">
        <w:rPr>
          <w:rFonts w:cs="Times New Roman"/>
          <w:sz w:val="24"/>
          <w:szCs w:val="24"/>
        </w:rPr>
        <w:t>tiek</w:t>
      </w:r>
      <w:proofErr w:type="spellEnd"/>
      <w:r w:rsidRPr="0083513D">
        <w:rPr>
          <w:rFonts w:cs="Times New Roman"/>
          <w:sz w:val="24"/>
          <w:szCs w:val="24"/>
        </w:rPr>
        <w:t xml:space="preserve"> </w:t>
      </w:r>
      <w:proofErr w:type="spellStart"/>
      <w:r w:rsidRPr="0083513D">
        <w:rPr>
          <w:rFonts w:cs="Times New Roman"/>
          <w:sz w:val="24"/>
          <w:szCs w:val="24"/>
        </w:rPr>
        <w:t>atbrīvotas</w:t>
      </w:r>
      <w:proofErr w:type="spellEnd"/>
      <w:r w:rsidRPr="0083513D">
        <w:rPr>
          <w:rFonts w:cs="Times New Roman"/>
          <w:sz w:val="24"/>
          <w:szCs w:val="24"/>
        </w:rPr>
        <w:t xml:space="preserve"> no atbildības par Līguma pilnīgu vai daļēju neizpildi, ja to kavē apstākļi, kas ir ārpus attiecīgās Puses ietekmes un kurus tā nespēj novērst, izrādot pienācīgu centību (dabas stihijas, ugunsgrēki, militāras akcijas, valsts institūciju lēmumi u.c.).</w:t>
      </w:r>
    </w:p>
    <w:p w14:paraId="7D348777" w14:textId="6B5C4B13"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Pusei</w:t>
      </w:r>
      <w:proofErr w:type="spellEnd"/>
      <w:r w:rsidRPr="0083513D">
        <w:rPr>
          <w:rFonts w:cs="Times New Roman"/>
          <w:sz w:val="24"/>
          <w:szCs w:val="24"/>
        </w:rPr>
        <w:t xml:space="preserve">, </w:t>
      </w:r>
      <w:proofErr w:type="spellStart"/>
      <w:r w:rsidRPr="0083513D">
        <w:rPr>
          <w:rFonts w:cs="Times New Roman"/>
          <w:sz w:val="24"/>
          <w:szCs w:val="24"/>
        </w:rPr>
        <w:t>kurai</w:t>
      </w:r>
      <w:proofErr w:type="spellEnd"/>
      <w:r w:rsidRPr="0083513D">
        <w:rPr>
          <w:rFonts w:cs="Times New Roman"/>
          <w:sz w:val="24"/>
          <w:szCs w:val="24"/>
        </w:rPr>
        <w:t xml:space="preserve"> </w:t>
      </w:r>
      <w:proofErr w:type="spellStart"/>
      <w:r w:rsidRPr="0083513D">
        <w:rPr>
          <w:rFonts w:cs="Times New Roman"/>
          <w:sz w:val="24"/>
          <w:szCs w:val="24"/>
        </w:rPr>
        <w:t>iestājas</w:t>
      </w:r>
      <w:proofErr w:type="spellEnd"/>
      <w:r w:rsidRPr="0083513D">
        <w:rPr>
          <w:rFonts w:cs="Times New Roman"/>
          <w:sz w:val="24"/>
          <w:szCs w:val="24"/>
        </w:rPr>
        <w:t xml:space="preserve"> 6.1. punktā minētie apstākļi, 5 (piecu) darba dienu laikā rakstveidā jāpaziņo par to otrai Pusei.</w:t>
      </w:r>
    </w:p>
    <w:p w14:paraId="633DDD5C" w14:textId="11E995DE" w:rsidR="00E644B0" w:rsidRPr="0083513D" w:rsidRDefault="00DB3176" w:rsidP="0083513D">
      <w:pPr>
        <w:pStyle w:val="Sarakstarindkopa"/>
        <w:numPr>
          <w:ilvl w:val="1"/>
          <w:numId w:val="11"/>
        </w:numPr>
        <w:spacing w:after="0" w:line="240" w:lineRule="auto"/>
        <w:jc w:val="both"/>
        <w:rPr>
          <w:rFonts w:cs="Times New Roman"/>
          <w:sz w:val="24"/>
          <w:szCs w:val="24"/>
        </w:rPr>
      </w:pPr>
      <w:r w:rsidRPr="0083513D">
        <w:rPr>
          <w:rFonts w:cs="Times New Roman"/>
          <w:sz w:val="24"/>
          <w:szCs w:val="24"/>
        </w:rPr>
        <w:t xml:space="preserve">Ja </w:t>
      </w:r>
      <w:proofErr w:type="spellStart"/>
      <w:r w:rsidRPr="0083513D">
        <w:rPr>
          <w:rFonts w:cs="Times New Roman"/>
          <w:sz w:val="24"/>
          <w:szCs w:val="24"/>
        </w:rPr>
        <w:t>nepārvaramas</w:t>
      </w:r>
      <w:proofErr w:type="spellEnd"/>
      <w:r w:rsidRPr="0083513D">
        <w:rPr>
          <w:rFonts w:cs="Times New Roman"/>
          <w:sz w:val="24"/>
          <w:szCs w:val="24"/>
        </w:rPr>
        <w:t xml:space="preserve"> </w:t>
      </w:r>
      <w:proofErr w:type="spellStart"/>
      <w:r w:rsidRPr="0083513D">
        <w:rPr>
          <w:rFonts w:cs="Times New Roman"/>
          <w:sz w:val="24"/>
          <w:szCs w:val="24"/>
        </w:rPr>
        <w:t>varas</w:t>
      </w:r>
      <w:proofErr w:type="spellEnd"/>
      <w:r w:rsidRPr="0083513D">
        <w:rPr>
          <w:rFonts w:cs="Times New Roman"/>
          <w:sz w:val="24"/>
          <w:szCs w:val="24"/>
        </w:rPr>
        <w:t xml:space="preserve"> </w:t>
      </w:r>
      <w:proofErr w:type="spellStart"/>
      <w:r w:rsidRPr="0083513D">
        <w:rPr>
          <w:rFonts w:cs="Times New Roman"/>
          <w:sz w:val="24"/>
          <w:szCs w:val="24"/>
        </w:rPr>
        <w:t>apstākļi</w:t>
      </w:r>
      <w:proofErr w:type="spellEnd"/>
      <w:r w:rsidRPr="0083513D">
        <w:rPr>
          <w:rFonts w:cs="Times New Roman"/>
          <w:sz w:val="24"/>
          <w:szCs w:val="24"/>
        </w:rPr>
        <w:t xml:space="preserve"> </w:t>
      </w:r>
      <w:proofErr w:type="spellStart"/>
      <w:r w:rsidRPr="0083513D">
        <w:rPr>
          <w:rFonts w:cs="Times New Roman"/>
          <w:sz w:val="24"/>
          <w:szCs w:val="24"/>
        </w:rPr>
        <w:t>ilgst</w:t>
      </w:r>
      <w:proofErr w:type="spellEnd"/>
      <w:r w:rsidRPr="0083513D">
        <w:rPr>
          <w:rFonts w:cs="Times New Roman"/>
          <w:sz w:val="24"/>
          <w:szCs w:val="24"/>
        </w:rPr>
        <w:t xml:space="preserve"> ilgāk par 1 (vienu) mēnesi, katra no Pusēm ir tiesīga vienpusēji atteikties no turpmākas Līguma izpildes, par to rakstveidā paziņojot otrai Pusei. Šādā gadījumā neviena no Pusēm nav tiesīga pieprasīt zaudējumu atlīdzību.</w:t>
      </w:r>
    </w:p>
    <w:p w14:paraId="5761F972" w14:textId="209EE4C3" w:rsidR="00E644B0" w:rsidRPr="0083513D" w:rsidRDefault="00DB3176" w:rsidP="00322741">
      <w:pPr>
        <w:pStyle w:val="Sarakstarindkopa"/>
        <w:numPr>
          <w:ilvl w:val="0"/>
          <w:numId w:val="11"/>
        </w:numPr>
        <w:spacing w:before="240" w:line="360" w:lineRule="auto"/>
        <w:jc w:val="center"/>
        <w:rPr>
          <w:rFonts w:cs="Times New Roman"/>
          <w:sz w:val="24"/>
          <w:szCs w:val="24"/>
        </w:rPr>
      </w:pPr>
      <w:r w:rsidRPr="0083513D">
        <w:rPr>
          <w:rFonts w:cs="Times New Roman"/>
          <w:b/>
          <w:sz w:val="24"/>
          <w:szCs w:val="24"/>
        </w:rPr>
        <w:t>LĪGUMA GROZĪŠANA, PAPILDINĀŠANA UN IZBEIGŠANAS KĀRTĪBA</w:t>
      </w:r>
    </w:p>
    <w:p w14:paraId="64AB8140" w14:textId="1EFAF339"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Šo</w:t>
      </w:r>
      <w:proofErr w:type="spellEnd"/>
      <w:r w:rsidRPr="0083513D">
        <w:rPr>
          <w:rFonts w:cs="Times New Roman"/>
          <w:sz w:val="24"/>
          <w:szCs w:val="24"/>
        </w:rPr>
        <w:t xml:space="preserve"> </w:t>
      </w:r>
      <w:proofErr w:type="spellStart"/>
      <w:r w:rsidRPr="0083513D">
        <w:rPr>
          <w:rFonts w:cs="Times New Roman"/>
          <w:sz w:val="24"/>
          <w:szCs w:val="24"/>
        </w:rPr>
        <w:t>Līgumu</w:t>
      </w:r>
      <w:proofErr w:type="spellEnd"/>
      <w:r w:rsidRPr="0083513D">
        <w:rPr>
          <w:rFonts w:cs="Times New Roman"/>
          <w:sz w:val="24"/>
          <w:szCs w:val="24"/>
        </w:rPr>
        <w:t xml:space="preserve"> var </w:t>
      </w:r>
      <w:proofErr w:type="spellStart"/>
      <w:r w:rsidRPr="0083513D">
        <w:rPr>
          <w:rFonts w:cs="Times New Roman"/>
          <w:sz w:val="24"/>
          <w:szCs w:val="24"/>
        </w:rPr>
        <w:t>grozīt</w:t>
      </w:r>
      <w:proofErr w:type="spellEnd"/>
      <w:r w:rsidRPr="0083513D">
        <w:rPr>
          <w:rFonts w:cs="Times New Roman"/>
          <w:sz w:val="24"/>
          <w:szCs w:val="24"/>
        </w:rPr>
        <w:t xml:space="preserve">, </w:t>
      </w:r>
      <w:r w:rsidRPr="0083513D">
        <w:rPr>
          <w:rFonts w:cs="Times New Roman"/>
          <w:sz w:val="24"/>
          <w:szCs w:val="24"/>
        </w:rPr>
        <w:t>papildināt vai izbeigt, Pusēm rakstveidā par to vienojoties. Visi Līguma grozījumi un papildinājumi ir Līguma neatņemama sastāvdaļa.</w:t>
      </w:r>
    </w:p>
    <w:p w14:paraId="228A513D" w14:textId="27B78A82"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Lietotājam</w:t>
      </w:r>
      <w:proofErr w:type="spellEnd"/>
      <w:r w:rsidRPr="0083513D">
        <w:rPr>
          <w:rFonts w:cs="Times New Roman"/>
          <w:sz w:val="24"/>
          <w:szCs w:val="24"/>
        </w:rPr>
        <w:t xml:space="preserve"> </w:t>
      </w:r>
      <w:proofErr w:type="spellStart"/>
      <w:r w:rsidRPr="0083513D">
        <w:rPr>
          <w:rFonts w:cs="Times New Roman"/>
          <w:sz w:val="24"/>
          <w:szCs w:val="24"/>
        </w:rPr>
        <w:t>ir</w:t>
      </w:r>
      <w:proofErr w:type="spellEnd"/>
      <w:r w:rsidRPr="0083513D">
        <w:rPr>
          <w:rFonts w:cs="Times New Roman"/>
          <w:sz w:val="24"/>
          <w:szCs w:val="24"/>
        </w:rPr>
        <w:t xml:space="preserve"> </w:t>
      </w:r>
      <w:proofErr w:type="spellStart"/>
      <w:r w:rsidRPr="0083513D">
        <w:rPr>
          <w:rFonts w:cs="Times New Roman"/>
          <w:sz w:val="24"/>
          <w:szCs w:val="24"/>
        </w:rPr>
        <w:t>tiesības</w:t>
      </w:r>
      <w:proofErr w:type="spellEnd"/>
      <w:r w:rsidRPr="0083513D">
        <w:rPr>
          <w:rFonts w:cs="Times New Roman"/>
          <w:sz w:val="24"/>
          <w:szCs w:val="24"/>
        </w:rPr>
        <w:t xml:space="preserve"> </w:t>
      </w:r>
      <w:proofErr w:type="spellStart"/>
      <w:r w:rsidRPr="0083513D">
        <w:rPr>
          <w:rFonts w:cs="Times New Roman"/>
          <w:sz w:val="24"/>
          <w:szCs w:val="24"/>
        </w:rPr>
        <w:t>vienpusēji</w:t>
      </w:r>
      <w:proofErr w:type="spellEnd"/>
      <w:r w:rsidRPr="0083513D">
        <w:rPr>
          <w:rFonts w:cs="Times New Roman"/>
          <w:sz w:val="24"/>
          <w:szCs w:val="24"/>
        </w:rPr>
        <w:t xml:space="preserve"> nekavējoties izbeigt šo Līgumu, ja:</w:t>
      </w:r>
    </w:p>
    <w:p w14:paraId="2F5B5499" w14:textId="763A9ACC" w:rsidR="00E644B0" w:rsidRPr="0083513D" w:rsidRDefault="00DB3176" w:rsidP="0083513D">
      <w:pPr>
        <w:pStyle w:val="Sarakstarindkopa"/>
        <w:numPr>
          <w:ilvl w:val="2"/>
          <w:numId w:val="11"/>
        </w:numPr>
        <w:spacing w:after="0" w:line="240" w:lineRule="auto"/>
        <w:jc w:val="both"/>
        <w:rPr>
          <w:rFonts w:cs="Times New Roman"/>
          <w:sz w:val="24"/>
          <w:szCs w:val="24"/>
        </w:rPr>
      </w:pPr>
      <w:r w:rsidRPr="0083513D">
        <w:rPr>
          <w:rFonts w:cs="Times New Roman"/>
          <w:sz w:val="24"/>
          <w:szCs w:val="24"/>
        </w:rPr>
        <w:t xml:space="preserve">Pašvaldība </w:t>
      </w:r>
      <w:proofErr w:type="spellStart"/>
      <w:r w:rsidRPr="0083513D">
        <w:rPr>
          <w:rFonts w:cs="Times New Roman"/>
          <w:sz w:val="24"/>
          <w:szCs w:val="24"/>
        </w:rPr>
        <w:t>regulāri</w:t>
      </w:r>
      <w:proofErr w:type="spellEnd"/>
      <w:r w:rsidRPr="0083513D">
        <w:rPr>
          <w:rFonts w:cs="Times New Roman"/>
          <w:sz w:val="24"/>
          <w:szCs w:val="24"/>
        </w:rPr>
        <w:t xml:space="preserve"> un </w:t>
      </w:r>
      <w:proofErr w:type="spellStart"/>
      <w:r w:rsidRPr="0083513D">
        <w:rPr>
          <w:rFonts w:cs="Times New Roman"/>
          <w:sz w:val="24"/>
          <w:szCs w:val="24"/>
        </w:rPr>
        <w:t>apzināti</w:t>
      </w:r>
      <w:proofErr w:type="spellEnd"/>
      <w:r w:rsidRPr="0083513D">
        <w:rPr>
          <w:rFonts w:cs="Times New Roman"/>
          <w:sz w:val="24"/>
          <w:szCs w:val="24"/>
        </w:rPr>
        <w:t xml:space="preserve"> </w:t>
      </w:r>
      <w:proofErr w:type="spellStart"/>
      <w:r w:rsidRPr="0083513D">
        <w:rPr>
          <w:rFonts w:cs="Times New Roman"/>
          <w:sz w:val="24"/>
          <w:szCs w:val="24"/>
        </w:rPr>
        <w:t>rada</w:t>
      </w:r>
      <w:proofErr w:type="spellEnd"/>
      <w:r w:rsidRPr="0083513D">
        <w:rPr>
          <w:rFonts w:cs="Times New Roman"/>
          <w:sz w:val="24"/>
          <w:szCs w:val="24"/>
        </w:rPr>
        <w:t xml:space="preserve"> tādus apstākļus, kas </w:t>
      </w:r>
      <w:proofErr w:type="spellStart"/>
      <w:r w:rsidRPr="0083513D">
        <w:rPr>
          <w:rFonts w:cs="Times New Roman"/>
          <w:sz w:val="24"/>
          <w:szCs w:val="24"/>
        </w:rPr>
        <w:t>kavē</w:t>
      </w:r>
      <w:proofErr w:type="spellEnd"/>
      <w:r w:rsidRPr="0083513D">
        <w:rPr>
          <w:rFonts w:cs="Times New Roman"/>
          <w:sz w:val="24"/>
          <w:szCs w:val="24"/>
        </w:rPr>
        <w:t xml:space="preserve"> </w:t>
      </w:r>
      <w:proofErr w:type="spellStart"/>
      <w:r w:rsidRPr="0083513D">
        <w:rPr>
          <w:rFonts w:cs="Times New Roman"/>
          <w:sz w:val="24"/>
          <w:szCs w:val="24"/>
        </w:rPr>
        <w:t>Lietotājam</w:t>
      </w:r>
      <w:proofErr w:type="spellEnd"/>
      <w:r w:rsidRPr="0083513D">
        <w:rPr>
          <w:rFonts w:cs="Times New Roman"/>
          <w:sz w:val="24"/>
          <w:szCs w:val="24"/>
        </w:rPr>
        <w:t xml:space="preserve"> </w:t>
      </w:r>
      <w:proofErr w:type="spellStart"/>
      <w:r w:rsidRPr="0083513D">
        <w:rPr>
          <w:rFonts w:cs="Times New Roman"/>
          <w:sz w:val="24"/>
          <w:szCs w:val="24"/>
        </w:rPr>
        <w:t>izmantot</w:t>
      </w:r>
      <w:proofErr w:type="spellEnd"/>
      <w:r w:rsidRPr="0083513D">
        <w:rPr>
          <w:rFonts w:cs="Times New Roman"/>
          <w:sz w:val="24"/>
          <w:szCs w:val="24"/>
        </w:rPr>
        <w:t xml:space="preserve"> </w:t>
      </w:r>
      <w:proofErr w:type="spellStart"/>
      <w:r w:rsidRPr="0083513D">
        <w:rPr>
          <w:rFonts w:cs="Times New Roman"/>
          <w:sz w:val="24"/>
          <w:szCs w:val="24"/>
        </w:rPr>
        <w:t>Objektu</w:t>
      </w:r>
      <w:proofErr w:type="spellEnd"/>
      <w:r w:rsidRPr="0083513D">
        <w:rPr>
          <w:rFonts w:cs="Times New Roman"/>
          <w:sz w:val="24"/>
          <w:szCs w:val="24"/>
        </w:rPr>
        <w:t xml:space="preserve"> </w:t>
      </w:r>
      <w:proofErr w:type="spellStart"/>
      <w:r w:rsidRPr="0083513D">
        <w:rPr>
          <w:rFonts w:cs="Times New Roman"/>
          <w:sz w:val="24"/>
          <w:szCs w:val="24"/>
        </w:rPr>
        <w:t>saskaņā</w:t>
      </w:r>
      <w:proofErr w:type="spellEnd"/>
      <w:r w:rsidRPr="0083513D">
        <w:rPr>
          <w:rFonts w:cs="Times New Roman"/>
          <w:sz w:val="24"/>
          <w:szCs w:val="24"/>
        </w:rPr>
        <w:t xml:space="preserve"> </w:t>
      </w:r>
      <w:proofErr w:type="spellStart"/>
      <w:r w:rsidRPr="0083513D">
        <w:rPr>
          <w:rFonts w:cs="Times New Roman"/>
          <w:sz w:val="24"/>
          <w:szCs w:val="24"/>
        </w:rPr>
        <w:t>ar</w:t>
      </w:r>
      <w:proofErr w:type="spellEnd"/>
      <w:r w:rsidRPr="0083513D">
        <w:rPr>
          <w:rFonts w:cs="Times New Roman"/>
          <w:sz w:val="24"/>
          <w:szCs w:val="24"/>
        </w:rPr>
        <w:t xml:space="preserve"> </w:t>
      </w:r>
      <w:proofErr w:type="spellStart"/>
      <w:r w:rsidRPr="0083513D">
        <w:rPr>
          <w:rFonts w:cs="Times New Roman"/>
          <w:sz w:val="24"/>
          <w:szCs w:val="24"/>
        </w:rPr>
        <w:t>Līguma</w:t>
      </w:r>
      <w:proofErr w:type="spellEnd"/>
      <w:r w:rsidRPr="0083513D">
        <w:rPr>
          <w:rFonts w:cs="Times New Roman"/>
          <w:sz w:val="24"/>
          <w:szCs w:val="24"/>
        </w:rPr>
        <w:t xml:space="preserve"> </w:t>
      </w:r>
      <w:proofErr w:type="spellStart"/>
      <w:r w:rsidRPr="0083513D">
        <w:rPr>
          <w:rFonts w:cs="Times New Roman"/>
          <w:sz w:val="24"/>
          <w:szCs w:val="24"/>
        </w:rPr>
        <w:t>noteikumiem</w:t>
      </w:r>
      <w:proofErr w:type="spellEnd"/>
      <w:r w:rsidRPr="0083513D">
        <w:rPr>
          <w:rFonts w:cs="Times New Roman"/>
          <w:sz w:val="24"/>
          <w:szCs w:val="24"/>
        </w:rPr>
        <w:t xml:space="preserve">, un </w:t>
      </w:r>
      <w:proofErr w:type="spellStart"/>
      <w:r w:rsidRPr="0083513D">
        <w:rPr>
          <w:rFonts w:cs="Times New Roman"/>
          <w:sz w:val="24"/>
          <w:szCs w:val="24"/>
        </w:rPr>
        <w:t>Lietotājs</w:t>
      </w:r>
      <w:proofErr w:type="spellEnd"/>
      <w:r w:rsidRPr="0083513D">
        <w:rPr>
          <w:rFonts w:cs="Times New Roman"/>
          <w:sz w:val="24"/>
          <w:szCs w:val="24"/>
        </w:rPr>
        <w:t xml:space="preserve"> par to </w:t>
      </w:r>
      <w:proofErr w:type="spellStart"/>
      <w:r w:rsidRPr="0083513D">
        <w:rPr>
          <w:rFonts w:cs="Times New Roman"/>
          <w:sz w:val="24"/>
          <w:szCs w:val="24"/>
        </w:rPr>
        <w:t>ir</w:t>
      </w:r>
      <w:proofErr w:type="spellEnd"/>
      <w:r w:rsidRPr="0083513D">
        <w:rPr>
          <w:rFonts w:cs="Times New Roman"/>
          <w:sz w:val="24"/>
          <w:szCs w:val="24"/>
        </w:rPr>
        <w:t xml:space="preserve"> </w:t>
      </w:r>
      <w:proofErr w:type="spellStart"/>
      <w:r w:rsidRPr="0083513D">
        <w:rPr>
          <w:rFonts w:cs="Times New Roman"/>
          <w:sz w:val="24"/>
          <w:szCs w:val="24"/>
        </w:rPr>
        <w:t>rakstveidā</w:t>
      </w:r>
      <w:proofErr w:type="spellEnd"/>
      <w:r w:rsidRPr="0083513D">
        <w:rPr>
          <w:rFonts w:cs="Times New Roman"/>
          <w:sz w:val="24"/>
          <w:szCs w:val="24"/>
        </w:rPr>
        <w:t xml:space="preserve"> </w:t>
      </w:r>
      <w:proofErr w:type="spellStart"/>
      <w:r w:rsidRPr="0083513D">
        <w:rPr>
          <w:rFonts w:cs="Times New Roman"/>
          <w:sz w:val="24"/>
          <w:szCs w:val="24"/>
        </w:rPr>
        <w:t>informējis</w:t>
      </w:r>
      <w:proofErr w:type="spellEnd"/>
      <w:r w:rsidRPr="0083513D">
        <w:rPr>
          <w:rFonts w:cs="Times New Roman"/>
          <w:sz w:val="24"/>
          <w:szCs w:val="24"/>
        </w:rPr>
        <w:t xml:space="preserve"> </w:t>
      </w:r>
      <w:proofErr w:type="spellStart"/>
      <w:r w:rsidRPr="0083513D">
        <w:rPr>
          <w:rFonts w:cs="Times New Roman"/>
          <w:sz w:val="24"/>
          <w:szCs w:val="24"/>
        </w:rPr>
        <w:t>Pašvaldību</w:t>
      </w:r>
      <w:proofErr w:type="spellEnd"/>
      <w:r w:rsidRPr="0083513D">
        <w:rPr>
          <w:rFonts w:cs="Times New Roman"/>
          <w:sz w:val="24"/>
          <w:szCs w:val="24"/>
        </w:rPr>
        <w:t>;</w:t>
      </w:r>
    </w:p>
    <w:p w14:paraId="5DC93757" w14:textId="6C03601F" w:rsidR="00E644B0" w:rsidRPr="0083513D" w:rsidRDefault="00DB3176" w:rsidP="0083513D">
      <w:pPr>
        <w:pStyle w:val="Sarakstarindkopa"/>
        <w:numPr>
          <w:ilvl w:val="2"/>
          <w:numId w:val="11"/>
        </w:numPr>
        <w:spacing w:after="0" w:line="240" w:lineRule="auto"/>
        <w:jc w:val="both"/>
        <w:rPr>
          <w:rFonts w:cs="Times New Roman"/>
          <w:sz w:val="24"/>
          <w:szCs w:val="24"/>
        </w:rPr>
      </w:pPr>
      <w:r w:rsidRPr="0083513D">
        <w:rPr>
          <w:rFonts w:cs="Times New Roman"/>
          <w:sz w:val="24"/>
          <w:szCs w:val="24"/>
        </w:rPr>
        <w:t xml:space="preserve">no </w:t>
      </w:r>
      <w:proofErr w:type="spellStart"/>
      <w:r w:rsidRPr="0083513D">
        <w:rPr>
          <w:rFonts w:cs="Times New Roman"/>
          <w:sz w:val="24"/>
          <w:szCs w:val="24"/>
        </w:rPr>
        <w:t>Lietotāja</w:t>
      </w:r>
      <w:proofErr w:type="spellEnd"/>
      <w:r w:rsidRPr="0083513D">
        <w:rPr>
          <w:rFonts w:cs="Times New Roman"/>
          <w:sz w:val="24"/>
          <w:szCs w:val="24"/>
        </w:rPr>
        <w:t xml:space="preserve"> </w:t>
      </w:r>
      <w:proofErr w:type="spellStart"/>
      <w:r w:rsidRPr="0083513D">
        <w:rPr>
          <w:rFonts w:cs="Times New Roman"/>
          <w:sz w:val="24"/>
          <w:szCs w:val="24"/>
        </w:rPr>
        <w:t>neatkarīgu</w:t>
      </w:r>
      <w:proofErr w:type="spellEnd"/>
      <w:r w:rsidRPr="0083513D">
        <w:rPr>
          <w:rFonts w:cs="Times New Roman"/>
          <w:sz w:val="24"/>
          <w:szCs w:val="24"/>
        </w:rPr>
        <w:t xml:space="preserve"> </w:t>
      </w:r>
      <w:proofErr w:type="spellStart"/>
      <w:r w:rsidRPr="0083513D">
        <w:rPr>
          <w:rFonts w:cs="Times New Roman"/>
          <w:sz w:val="24"/>
          <w:szCs w:val="24"/>
        </w:rPr>
        <w:t>apstākļu</w:t>
      </w:r>
      <w:proofErr w:type="spellEnd"/>
      <w:r w:rsidRPr="0083513D">
        <w:rPr>
          <w:rFonts w:cs="Times New Roman"/>
          <w:sz w:val="24"/>
          <w:szCs w:val="24"/>
        </w:rPr>
        <w:t xml:space="preserve"> </w:t>
      </w:r>
      <w:proofErr w:type="spellStart"/>
      <w:r w:rsidRPr="0083513D">
        <w:rPr>
          <w:rFonts w:cs="Times New Roman"/>
          <w:sz w:val="24"/>
          <w:szCs w:val="24"/>
        </w:rPr>
        <w:t>dēļ</w:t>
      </w:r>
      <w:proofErr w:type="spellEnd"/>
      <w:r w:rsidRPr="0083513D">
        <w:rPr>
          <w:rFonts w:cs="Times New Roman"/>
          <w:sz w:val="24"/>
          <w:szCs w:val="24"/>
        </w:rPr>
        <w:t xml:space="preserve"> Objekts nonācis tādā stāvoklī, ka tas vairs nav izmantojams Līgumā paredzētajam mērķim.</w:t>
      </w:r>
    </w:p>
    <w:p w14:paraId="0B5CE292" w14:textId="04233364"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Pašvaldībai</w:t>
      </w:r>
      <w:proofErr w:type="spellEnd"/>
      <w:r w:rsidRPr="0083513D">
        <w:rPr>
          <w:rFonts w:cs="Times New Roman"/>
          <w:sz w:val="24"/>
          <w:szCs w:val="24"/>
        </w:rPr>
        <w:t xml:space="preserve"> </w:t>
      </w:r>
      <w:proofErr w:type="spellStart"/>
      <w:r w:rsidRPr="0083513D">
        <w:rPr>
          <w:rFonts w:cs="Times New Roman"/>
          <w:sz w:val="24"/>
          <w:szCs w:val="24"/>
        </w:rPr>
        <w:t>ir</w:t>
      </w:r>
      <w:proofErr w:type="spellEnd"/>
      <w:r w:rsidRPr="0083513D">
        <w:rPr>
          <w:rFonts w:cs="Times New Roman"/>
          <w:sz w:val="24"/>
          <w:szCs w:val="24"/>
        </w:rPr>
        <w:t xml:space="preserve"> </w:t>
      </w:r>
      <w:proofErr w:type="spellStart"/>
      <w:r w:rsidRPr="0083513D">
        <w:rPr>
          <w:rFonts w:cs="Times New Roman"/>
          <w:sz w:val="24"/>
          <w:szCs w:val="24"/>
        </w:rPr>
        <w:t>tiesības</w:t>
      </w:r>
      <w:proofErr w:type="spellEnd"/>
      <w:r w:rsidRPr="0083513D">
        <w:rPr>
          <w:rFonts w:cs="Times New Roman"/>
          <w:sz w:val="24"/>
          <w:szCs w:val="24"/>
        </w:rPr>
        <w:t xml:space="preserve"> </w:t>
      </w:r>
      <w:proofErr w:type="spellStart"/>
      <w:r w:rsidRPr="0083513D">
        <w:rPr>
          <w:rFonts w:cs="Times New Roman"/>
          <w:sz w:val="24"/>
          <w:szCs w:val="24"/>
        </w:rPr>
        <w:t>vienpusēji</w:t>
      </w:r>
      <w:proofErr w:type="spellEnd"/>
      <w:r w:rsidRPr="0083513D">
        <w:rPr>
          <w:rFonts w:cs="Times New Roman"/>
          <w:sz w:val="24"/>
          <w:szCs w:val="24"/>
        </w:rPr>
        <w:t xml:space="preserve"> nekavējoties izbeigt šo Līgumu, rakstveidā paziņojot par to Lietotājam, ja:</w:t>
      </w:r>
    </w:p>
    <w:p w14:paraId="056CA5FA" w14:textId="376398D2"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Lietotājs</w:t>
      </w:r>
      <w:proofErr w:type="spellEnd"/>
      <w:r w:rsidRPr="0083513D">
        <w:rPr>
          <w:rFonts w:cs="Times New Roman"/>
          <w:sz w:val="24"/>
          <w:szCs w:val="24"/>
        </w:rPr>
        <w:t xml:space="preserve"> </w:t>
      </w:r>
      <w:proofErr w:type="spellStart"/>
      <w:r w:rsidRPr="0083513D">
        <w:rPr>
          <w:rFonts w:cs="Times New Roman"/>
          <w:sz w:val="24"/>
          <w:szCs w:val="24"/>
        </w:rPr>
        <w:t>izmanto</w:t>
      </w:r>
      <w:proofErr w:type="spellEnd"/>
      <w:r w:rsidRPr="0083513D">
        <w:rPr>
          <w:rFonts w:cs="Times New Roman"/>
          <w:sz w:val="24"/>
          <w:szCs w:val="24"/>
        </w:rPr>
        <w:t xml:space="preserve"> </w:t>
      </w:r>
      <w:proofErr w:type="spellStart"/>
      <w:r w:rsidRPr="0083513D">
        <w:rPr>
          <w:rFonts w:cs="Times New Roman"/>
          <w:sz w:val="24"/>
          <w:szCs w:val="24"/>
        </w:rPr>
        <w:t>Objektu</w:t>
      </w:r>
      <w:proofErr w:type="spellEnd"/>
      <w:r w:rsidRPr="0083513D">
        <w:rPr>
          <w:rFonts w:cs="Times New Roman"/>
          <w:sz w:val="24"/>
          <w:szCs w:val="24"/>
        </w:rPr>
        <w:t xml:space="preserve"> </w:t>
      </w:r>
      <w:proofErr w:type="spellStart"/>
      <w:r w:rsidRPr="0083513D">
        <w:rPr>
          <w:rFonts w:cs="Times New Roman"/>
          <w:sz w:val="24"/>
          <w:szCs w:val="24"/>
        </w:rPr>
        <w:t>pretēji</w:t>
      </w:r>
      <w:proofErr w:type="spellEnd"/>
      <w:r w:rsidRPr="0083513D">
        <w:rPr>
          <w:rFonts w:cs="Times New Roman"/>
          <w:sz w:val="24"/>
          <w:szCs w:val="24"/>
        </w:rPr>
        <w:t xml:space="preserve"> Līguma 1.2. </w:t>
      </w:r>
      <w:proofErr w:type="spellStart"/>
      <w:r w:rsidRPr="0083513D">
        <w:rPr>
          <w:rFonts w:cs="Times New Roman"/>
          <w:sz w:val="24"/>
          <w:szCs w:val="24"/>
        </w:rPr>
        <w:t>punktā</w:t>
      </w:r>
      <w:proofErr w:type="spellEnd"/>
      <w:r w:rsidRPr="0083513D">
        <w:rPr>
          <w:rFonts w:cs="Times New Roman"/>
          <w:sz w:val="24"/>
          <w:szCs w:val="24"/>
        </w:rPr>
        <w:t xml:space="preserve"> </w:t>
      </w:r>
      <w:proofErr w:type="spellStart"/>
      <w:r w:rsidRPr="0083513D">
        <w:rPr>
          <w:rFonts w:cs="Times New Roman"/>
          <w:sz w:val="24"/>
          <w:szCs w:val="24"/>
        </w:rPr>
        <w:t>noteiktajam</w:t>
      </w:r>
      <w:proofErr w:type="spellEnd"/>
      <w:r w:rsidRPr="0083513D">
        <w:rPr>
          <w:rFonts w:cs="Times New Roman"/>
          <w:sz w:val="24"/>
          <w:szCs w:val="24"/>
        </w:rPr>
        <w:t xml:space="preserve"> </w:t>
      </w:r>
      <w:proofErr w:type="spellStart"/>
      <w:r w:rsidRPr="0083513D">
        <w:rPr>
          <w:rFonts w:cs="Times New Roman"/>
          <w:sz w:val="24"/>
          <w:szCs w:val="24"/>
        </w:rPr>
        <w:t>mērķim</w:t>
      </w:r>
      <w:proofErr w:type="spellEnd"/>
      <w:r w:rsidRPr="0083513D">
        <w:rPr>
          <w:rFonts w:cs="Times New Roman"/>
          <w:sz w:val="24"/>
          <w:szCs w:val="24"/>
        </w:rPr>
        <w:t xml:space="preserve"> </w:t>
      </w:r>
      <w:proofErr w:type="spellStart"/>
      <w:r w:rsidRPr="0083513D">
        <w:rPr>
          <w:rFonts w:cs="Times New Roman"/>
          <w:sz w:val="24"/>
          <w:szCs w:val="24"/>
        </w:rPr>
        <w:t>vai</w:t>
      </w:r>
      <w:proofErr w:type="spellEnd"/>
      <w:r w:rsidRPr="0083513D">
        <w:rPr>
          <w:rFonts w:cs="Times New Roman"/>
          <w:sz w:val="24"/>
          <w:szCs w:val="24"/>
        </w:rPr>
        <w:t xml:space="preserve"> </w:t>
      </w:r>
      <w:proofErr w:type="spellStart"/>
      <w:r w:rsidRPr="0083513D">
        <w:rPr>
          <w:rFonts w:cs="Times New Roman"/>
          <w:sz w:val="24"/>
          <w:szCs w:val="24"/>
        </w:rPr>
        <w:t>veic</w:t>
      </w:r>
      <w:proofErr w:type="spellEnd"/>
      <w:r w:rsidRPr="0083513D">
        <w:rPr>
          <w:rFonts w:cs="Times New Roman"/>
          <w:sz w:val="24"/>
          <w:szCs w:val="24"/>
        </w:rPr>
        <w:t xml:space="preserve"> </w:t>
      </w:r>
      <w:proofErr w:type="spellStart"/>
      <w:r w:rsidRPr="0083513D">
        <w:rPr>
          <w:rFonts w:cs="Times New Roman"/>
          <w:sz w:val="24"/>
          <w:szCs w:val="24"/>
        </w:rPr>
        <w:t>Objekta</w:t>
      </w:r>
      <w:proofErr w:type="spellEnd"/>
      <w:r w:rsidRPr="0083513D">
        <w:rPr>
          <w:rFonts w:cs="Times New Roman"/>
          <w:sz w:val="24"/>
          <w:szCs w:val="24"/>
        </w:rPr>
        <w:t xml:space="preserve"> </w:t>
      </w:r>
      <w:proofErr w:type="spellStart"/>
      <w:r w:rsidRPr="0083513D">
        <w:rPr>
          <w:rFonts w:cs="Times New Roman"/>
          <w:sz w:val="24"/>
          <w:szCs w:val="24"/>
        </w:rPr>
        <w:t>pārbūvi</w:t>
      </w:r>
      <w:proofErr w:type="spellEnd"/>
      <w:r w:rsidRPr="0083513D">
        <w:rPr>
          <w:rFonts w:cs="Times New Roman"/>
          <w:sz w:val="24"/>
          <w:szCs w:val="24"/>
        </w:rPr>
        <w:t xml:space="preserve"> bez </w:t>
      </w:r>
      <w:proofErr w:type="spellStart"/>
      <w:r w:rsidRPr="0083513D">
        <w:rPr>
          <w:rFonts w:cs="Times New Roman"/>
          <w:sz w:val="24"/>
          <w:szCs w:val="24"/>
        </w:rPr>
        <w:t>saskaņošanas</w:t>
      </w:r>
      <w:proofErr w:type="spellEnd"/>
      <w:r w:rsidRPr="0083513D">
        <w:rPr>
          <w:rFonts w:cs="Times New Roman"/>
          <w:sz w:val="24"/>
          <w:szCs w:val="24"/>
        </w:rPr>
        <w:t xml:space="preserve"> </w:t>
      </w:r>
      <w:proofErr w:type="spellStart"/>
      <w:r w:rsidRPr="0083513D">
        <w:rPr>
          <w:rFonts w:cs="Times New Roman"/>
          <w:sz w:val="24"/>
          <w:szCs w:val="24"/>
        </w:rPr>
        <w:t>ar</w:t>
      </w:r>
      <w:proofErr w:type="spellEnd"/>
      <w:r w:rsidRPr="0083513D">
        <w:rPr>
          <w:rFonts w:cs="Times New Roman"/>
          <w:sz w:val="24"/>
          <w:szCs w:val="24"/>
        </w:rPr>
        <w:t xml:space="preserve"> </w:t>
      </w:r>
      <w:proofErr w:type="spellStart"/>
      <w:r w:rsidRPr="0083513D">
        <w:rPr>
          <w:rFonts w:cs="Times New Roman"/>
          <w:sz w:val="24"/>
          <w:szCs w:val="24"/>
        </w:rPr>
        <w:t>Pašvaldību</w:t>
      </w:r>
      <w:proofErr w:type="spellEnd"/>
      <w:r w:rsidRPr="0083513D">
        <w:rPr>
          <w:rFonts w:cs="Times New Roman"/>
          <w:sz w:val="24"/>
          <w:szCs w:val="24"/>
        </w:rPr>
        <w:t>;</w:t>
      </w:r>
    </w:p>
    <w:p w14:paraId="34281E5F" w14:textId="277053F9"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Lietotājs</w:t>
      </w:r>
      <w:proofErr w:type="spellEnd"/>
      <w:r w:rsidRPr="0083513D">
        <w:rPr>
          <w:rFonts w:cs="Times New Roman"/>
          <w:sz w:val="24"/>
          <w:szCs w:val="24"/>
        </w:rPr>
        <w:t xml:space="preserve"> </w:t>
      </w:r>
      <w:proofErr w:type="spellStart"/>
      <w:r w:rsidRPr="0083513D">
        <w:rPr>
          <w:rFonts w:cs="Times New Roman"/>
          <w:sz w:val="24"/>
          <w:szCs w:val="24"/>
        </w:rPr>
        <w:t>zaudē</w:t>
      </w:r>
      <w:proofErr w:type="spellEnd"/>
      <w:r w:rsidRPr="0083513D">
        <w:rPr>
          <w:rFonts w:cs="Times New Roman"/>
          <w:sz w:val="24"/>
          <w:szCs w:val="24"/>
        </w:rPr>
        <w:t xml:space="preserve"> </w:t>
      </w:r>
      <w:proofErr w:type="spellStart"/>
      <w:r w:rsidRPr="0083513D">
        <w:rPr>
          <w:rFonts w:cs="Times New Roman"/>
          <w:sz w:val="24"/>
          <w:szCs w:val="24"/>
        </w:rPr>
        <w:t>sociālā</w:t>
      </w:r>
      <w:proofErr w:type="spellEnd"/>
      <w:r w:rsidRPr="0083513D">
        <w:rPr>
          <w:rFonts w:cs="Times New Roman"/>
          <w:sz w:val="24"/>
          <w:szCs w:val="24"/>
        </w:rPr>
        <w:t xml:space="preserve"> </w:t>
      </w:r>
      <w:proofErr w:type="spellStart"/>
      <w:r w:rsidRPr="0083513D">
        <w:rPr>
          <w:rFonts w:cs="Times New Roman"/>
          <w:sz w:val="24"/>
          <w:szCs w:val="24"/>
        </w:rPr>
        <w:t>uzņēmuma</w:t>
      </w:r>
      <w:proofErr w:type="spellEnd"/>
      <w:r w:rsidRPr="0083513D">
        <w:rPr>
          <w:rFonts w:cs="Times New Roman"/>
          <w:sz w:val="24"/>
          <w:szCs w:val="24"/>
        </w:rPr>
        <w:t xml:space="preserve"> statusu;</w:t>
      </w:r>
    </w:p>
    <w:p w14:paraId="0221DEFC" w14:textId="21D70F96"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Lietotājs</w:t>
      </w:r>
      <w:proofErr w:type="spellEnd"/>
      <w:r w:rsidRPr="0083513D">
        <w:rPr>
          <w:rFonts w:cs="Times New Roman"/>
          <w:sz w:val="24"/>
          <w:szCs w:val="24"/>
        </w:rPr>
        <w:t xml:space="preserve"> </w:t>
      </w:r>
      <w:proofErr w:type="spellStart"/>
      <w:r w:rsidRPr="0083513D">
        <w:rPr>
          <w:rFonts w:cs="Times New Roman"/>
          <w:sz w:val="24"/>
          <w:szCs w:val="24"/>
        </w:rPr>
        <w:t>nodod</w:t>
      </w:r>
      <w:proofErr w:type="spellEnd"/>
      <w:r w:rsidRPr="0083513D">
        <w:rPr>
          <w:rFonts w:cs="Times New Roman"/>
          <w:sz w:val="24"/>
          <w:szCs w:val="24"/>
        </w:rPr>
        <w:t xml:space="preserve"> </w:t>
      </w:r>
      <w:proofErr w:type="spellStart"/>
      <w:r w:rsidRPr="0083513D">
        <w:rPr>
          <w:rFonts w:cs="Times New Roman"/>
          <w:sz w:val="24"/>
          <w:szCs w:val="24"/>
        </w:rPr>
        <w:t>Objektu</w:t>
      </w:r>
      <w:proofErr w:type="spellEnd"/>
      <w:r w:rsidRPr="0083513D">
        <w:rPr>
          <w:rFonts w:cs="Times New Roman"/>
          <w:sz w:val="24"/>
          <w:szCs w:val="24"/>
        </w:rPr>
        <w:t xml:space="preserve"> </w:t>
      </w:r>
      <w:proofErr w:type="spellStart"/>
      <w:r w:rsidRPr="0083513D">
        <w:rPr>
          <w:rFonts w:cs="Times New Roman"/>
          <w:sz w:val="24"/>
          <w:szCs w:val="24"/>
        </w:rPr>
        <w:t>apakšnomā</w:t>
      </w:r>
      <w:proofErr w:type="spellEnd"/>
      <w:r w:rsidRPr="0083513D">
        <w:rPr>
          <w:rFonts w:cs="Times New Roman"/>
          <w:sz w:val="24"/>
          <w:szCs w:val="24"/>
        </w:rPr>
        <w:t xml:space="preserve"> vai lietošanā trešajām personām bez Pašvaldības rakstiskas piekrišanas;</w:t>
      </w:r>
    </w:p>
    <w:p w14:paraId="68740D10" w14:textId="03C73CC3"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Lietotāja</w:t>
      </w:r>
      <w:proofErr w:type="spellEnd"/>
      <w:r w:rsidRPr="0083513D">
        <w:rPr>
          <w:rFonts w:cs="Times New Roman"/>
          <w:sz w:val="24"/>
          <w:szCs w:val="24"/>
        </w:rPr>
        <w:t xml:space="preserve"> </w:t>
      </w:r>
      <w:proofErr w:type="spellStart"/>
      <w:r w:rsidRPr="0083513D">
        <w:rPr>
          <w:rFonts w:cs="Times New Roman"/>
          <w:sz w:val="24"/>
          <w:szCs w:val="24"/>
        </w:rPr>
        <w:t>darbinieki</w:t>
      </w:r>
      <w:proofErr w:type="spellEnd"/>
      <w:r w:rsidRPr="0083513D">
        <w:rPr>
          <w:rFonts w:cs="Times New Roman"/>
          <w:sz w:val="24"/>
          <w:szCs w:val="24"/>
        </w:rPr>
        <w:t xml:space="preserve"> </w:t>
      </w:r>
      <w:proofErr w:type="spellStart"/>
      <w:r w:rsidRPr="0083513D">
        <w:rPr>
          <w:rFonts w:cs="Times New Roman"/>
          <w:sz w:val="24"/>
          <w:szCs w:val="24"/>
        </w:rPr>
        <w:t>vai</w:t>
      </w:r>
      <w:proofErr w:type="spellEnd"/>
      <w:r w:rsidRPr="0083513D">
        <w:rPr>
          <w:rFonts w:cs="Times New Roman"/>
          <w:sz w:val="24"/>
          <w:szCs w:val="24"/>
        </w:rPr>
        <w:t xml:space="preserve"> </w:t>
      </w:r>
      <w:proofErr w:type="spellStart"/>
      <w:r w:rsidRPr="0083513D">
        <w:rPr>
          <w:rFonts w:cs="Times New Roman"/>
          <w:sz w:val="24"/>
          <w:szCs w:val="24"/>
        </w:rPr>
        <w:t>apmeklētāji</w:t>
      </w:r>
      <w:proofErr w:type="spellEnd"/>
      <w:r w:rsidRPr="0083513D">
        <w:rPr>
          <w:rFonts w:cs="Times New Roman"/>
          <w:sz w:val="24"/>
          <w:szCs w:val="24"/>
        </w:rPr>
        <w:t xml:space="preserve"> tīši bojā Objektu vai atkārtoti pārkāpj Objekta ekspluatācijas un iekšējās kārtības noteikumus;</w:t>
      </w:r>
    </w:p>
    <w:p w14:paraId="4725FC66" w14:textId="35C28E80" w:rsidR="00E644B0" w:rsidRPr="0083513D" w:rsidRDefault="00DB3176" w:rsidP="0083513D">
      <w:pPr>
        <w:pStyle w:val="Sarakstarindkopa"/>
        <w:numPr>
          <w:ilvl w:val="2"/>
          <w:numId w:val="11"/>
        </w:numPr>
        <w:spacing w:after="0" w:line="240" w:lineRule="auto"/>
        <w:jc w:val="both"/>
        <w:rPr>
          <w:rFonts w:cs="Times New Roman"/>
          <w:sz w:val="24"/>
          <w:szCs w:val="24"/>
        </w:rPr>
      </w:pPr>
      <w:proofErr w:type="spellStart"/>
      <w:r w:rsidRPr="0083513D">
        <w:rPr>
          <w:rFonts w:cs="Times New Roman"/>
          <w:sz w:val="24"/>
          <w:szCs w:val="24"/>
        </w:rPr>
        <w:t>Objekts</w:t>
      </w:r>
      <w:proofErr w:type="spellEnd"/>
      <w:r w:rsidRPr="0083513D">
        <w:rPr>
          <w:rFonts w:cs="Times New Roman"/>
          <w:sz w:val="24"/>
          <w:szCs w:val="24"/>
        </w:rPr>
        <w:t xml:space="preserve"> </w:t>
      </w:r>
      <w:proofErr w:type="spellStart"/>
      <w:r w:rsidRPr="0083513D">
        <w:rPr>
          <w:rFonts w:cs="Times New Roman"/>
          <w:sz w:val="24"/>
          <w:szCs w:val="24"/>
        </w:rPr>
        <w:t>objektīvu</w:t>
      </w:r>
      <w:proofErr w:type="spellEnd"/>
      <w:r w:rsidRPr="0083513D">
        <w:rPr>
          <w:rFonts w:cs="Times New Roman"/>
          <w:sz w:val="24"/>
          <w:szCs w:val="24"/>
        </w:rPr>
        <w:t xml:space="preserve"> </w:t>
      </w:r>
      <w:proofErr w:type="spellStart"/>
      <w:r w:rsidRPr="0083513D">
        <w:rPr>
          <w:rFonts w:cs="Times New Roman"/>
          <w:sz w:val="24"/>
          <w:szCs w:val="24"/>
        </w:rPr>
        <w:t>apstākļu</w:t>
      </w:r>
      <w:proofErr w:type="spellEnd"/>
      <w:r w:rsidRPr="0083513D">
        <w:rPr>
          <w:rFonts w:cs="Times New Roman"/>
          <w:sz w:val="24"/>
          <w:szCs w:val="24"/>
        </w:rPr>
        <w:t xml:space="preserve"> </w:t>
      </w:r>
      <w:proofErr w:type="spellStart"/>
      <w:r w:rsidRPr="0083513D">
        <w:rPr>
          <w:rFonts w:cs="Times New Roman"/>
          <w:sz w:val="24"/>
          <w:szCs w:val="24"/>
        </w:rPr>
        <w:t>rezultātā</w:t>
      </w:r>
      <w:proofErr w:type="spellEnd"/>
      <w:r w:rsidRPr="0083513D">
        <w:rPr>
          <w:rFonts w:cs="Times New Roman"/>
          <w:sz w:val="24"/>
          <w:szCs w:val="24"/>
        </w:rPr>
        <w:t xml:space="preserve"> prasa neatliekamus un kapitālus uzlabojumus, ko nav iespējams veikt, Lietotājam turpinot lietot Objektu.</w:t>
      </w:r>
    </w:p>
    <w:p w14:paraId="1750C0E1" w14:textId="388D36D3"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Līguma</w:t>
      </w:r>
      <w:proofErr w:type="spellEnd"/>
      <w:r w:rsidRPr="0083513D">
        <w:rPr>
          <w:rFonts w:cs="Times New Roman"/>
          <w:sz w:val="24"/>
          <w:szCs w:val="24"/>
        </w:rPr>
        <w:t xml:space="preserve"> </w:t>
      </w:r>
      <w:proofErr w:type="spellStart"/>
      <w:r w:rsidRPr="0083513D">
        <w:rPr>
          <w:rFonts w:cs="Times New Roman"/>
          <w:sz w:val="24"/>
          <w:szCs w:val="24"/>
        </w:rPr>
        <w:t>darbības</w:t>
      </w:r>
      <w:proofErr w:type="spellEnd"/>
      <w:r w:rsidRPr="0083513D">
        <w:rPr>
          <w:rFonts w:cs="Times New Roman"/>
          <w:sz w:val="24"/>
          <w:szCs w:val="24"/>
        </w:rPr>
        <w:t xml:space="preserve"> </w:t>
      </w:r>
      <w:proofErr w:type="spellStart"/>
      <w:r w:rsidRPr="0083513D">
        <w:rPr>
          <w:rFonts w:cs="Times New Roman"/>
          <w:sz w:val="24"/>
          <w:szCs w:val="24"/>
        </w:rPr>
        <w:t>pēdējā</w:t>
      </w:r>
      <w:proofErr w:type="spellEnd"/>
      <w:r w:rsidRPr="0083513D">
        <w:rPr>
          <w:rFonts w:cs="Times New Roman"/>
          <w:sz w:val="24"/>
          <w:szCs w:val="24"/>
        </w:rPr>
        <w:t xml:space="preserve"> </w:t>
      </w:r>
      <w:proofErr w:type="spellStart"/>
      <w:r w:rsidRPr="0083513D">
        <w:rPr>
          <w:rFonts w:cs="Times New Roman"/>
          <w:sz w:val="24"/>
          <w:szCs w:val="24"/>
        </w:rPr>
        <w:t>dienā</w:t>
      </w:r>
      <w:proofErr w:type="spellEnd"/>
      <w:r w:rsidRPr="0083513D">
        <w:rPr>
          <w:rFonts w:cs="Times New Roman"/>
          <w:sz w:val="24"/>
          <w:szCs w:val="24"/>
        </w:rPr>
        <w:t xml:space="preserve"> </w:t>
      </w:r>
      <w:proofErr w:type="spellStart"/>
      <w:r w:rsidRPr="0083513D">
        <w:rPr>
          <w:rFonts w:cs="Times New Roman"/>
          <w:sz w:val="24"/>
          <w:szCs w:val="24"/>
        </w:rPr>
        <w:t>Lietotājs</w:t>
      </w:r>
      <w:proofErr w:type="spellEnd"/>
      <w:r w:rsidRPr="0083513D">
        <w:rPr>
          <w:rFonts w:cs="Times New Roman"/>
          <w:sz w:val="24"/>
          <w:szCs w:val="24"/>
        </w:rPr>
        <w:t xml:space="preserve"> </w:t>
      </w:r>
      <w:proofErr w:type="spellStart"/>
      <w:r w:rsidRPr="0083513D">
        <w:rPr>
          <w:rFonts w:cs="Times New Roman"/>
          <w:sz w:val="24"/>
          <w:szCs w:val="24"/>
        </w:rPr>
        <w:t>nodod</w:t>
      </w:r>
      <w:proofErr w:type="spellEnd"/>
      <w:r w:rsidRPr="0083513D">
        <w:rPr>
          <w:rFonts w:cs="Times New Roman"/>
          <w:sz w:val="24"/>
          <w:szCs w:val="24"/>
        </w:rPr>
        <w:t xml:space="preserve"> </w:t>
      </w:r>
      <w:proofErr w:type="spellStart"/>
      <w:r w:rsidRPr="0083513D">
        <w:rPr>
          <w:rFonts w:cs="Times New Roman"/>
          <w:sz w:val="24"/>
          <w:szCs w:val="24"/>
        </w:rPr>
        <w:t>Pašvaldībai</w:t>
      </w:r>
      <w:proofErr w:type="spellEnd"/>
      <w:r w:rsidRPr="0083513D">
        <w:rPr>
          <w:rFonts w:cs="Times New Roman"/>
          <w:sz w:val="24"/>
          <w:szCs w:val="24"/>
        </w:rPr>
        <w:t xml:space="preserve"> </w:t>
      </w:r>
      <w:proofErr w:type="spellStart"/>
      <w:r w:rsidRPr="0083513D">
        <w:rPr>
          <w:rFonts w:cs="Times New Roman"/>
          <w:sz w:val="24"/>
          <w:szCs w:val="24"/>
        </w:rPr>
        <w:t>Objektu</w:t>
      </w:r>
      <w:proofErr w:type="spellEnd"/>
      <w:r w:rsidRPr="0083513D">
        <w:rPr>
          <w:rFonts w:cs="Times New Roman"/>
          <w:sz w:val="24"/>
          <w:szCs w:val="24"/>
        </w:rPr>
        <w:t xml:space="preserve"> </w:t>
      </w:r>
      <w:proofErr w:type="spellStart"/>
      <w:r w:rsidRPr="0083513D">
        <w:rPr>
          <w:rFonts w:cs="Times New Roman"/>
          <w:sz w:val="24"/>
          <w:szCs w:val="24"/>
        </w:rPr>
        <w:t>ar</w:t>
      </w:r>
      <w:proofErr w:type="spellEnd"/>
      <w:r w:rsidRPr="0083513D">
        <w:rPr>
          <w:rFonts w:cs="Times New Roman"/>
          <w:sz w:val="24"/>
          <w:szCs w:val="24"/>
        </w:rPr>
        <w:t xml:space="preserve"> </w:t>
      </w:r>
      <w:proofErr w:type="spellStart"/>
      <w:r w:rsidR="00D61362" w:rsidRPr="0083513D">
        <w:rPr>
          <w:rFonts w:cs="Times New Roman"/>
          <w:sz w:val="24"/>
          <w:szCs w:val="24"/>
        </w:rPr>
        <w:t>pieņemšanas</w:t>
      </w:r>
      <w:proofErr w:type="spellEnd"/>
      <w:r w:rsidR="00D61362" w:rsidRPr="0083513D">
        <w:rPr>
          <w:rFonts w:cs="Times New Roman"/>
          <w:sz w:val="24"/>
          <w:szCs w:val="24"/>
        </w:rPr>
        <w:t xml:space="preserve"> </w:t>
      </w:r>
      <w:proofErr w:type="spellStart"/>
      <w:r w:rsidR="00D61362" w:rsidRPr="0083513D">
        <w:rPr>
          <w:rFonts w:cs="Times New Roman"/>
          <w:sz w:val="24"/>
          <w:szCs w:val="24"/>
        </w:rPr>
        <w:t>nodošanas</w:t>
      </w:r>
      <w:proofErr w:type="spellEnd"/>
      <w:r w:rsidRPr="0083513D">
        <w:rPr>
          <w:rFonts w:cs="Times New Roman"/>
          <w:sz w:val="24"/>
          <w:szCs w:val="24"/>
        </w:rPr>
        <w:t xml:space="preserve"> </w:t>
      </w:r>
      <w:proofErr w:type="spellStart"/>
      <w:r w:rsidRPr="0083513D">
        <w:rPr>
          <w:rFonts w:cs="Times New Roman"/>
          <w:sz w:val="24"/>
          <w:szCs w:val="24"/>
        </w:rPr>
        <w:t>aktu</w:t>
      </w:r>
      <w:proofErr w:type="spellEnd"/>
      <w:r w:rsidRPr="0083513D">
        <w:rPr>
          <w:rFonts w:cs="Times New Roman"/>
          <w:sz w:val="24"/>
          <w:szCs w:val="24"/>
        </w:rPr>
        <w:t xml:space="preserve"> ne </w:t>
      </w:r>
      <w:proofErr w:type="spellStart"/>
      <w:r w:rsidRPr="0083513D">
        <w:rPr>
          <w:rFonts w:cs="Times New Roman"/>
          <w:sz w:val="24"/>
          <w:szCs w:val="24"/>
        </w:rPr>
        <w:t>sliktākā</w:t>
      </w:r>
      <w:proofErr w:type="spellEnd"/>
      <w:r w:rsidRPr="0083513D">
        <w:rPr>
          <w:rFonts w:cs="Times New Roman"/>
          <w:sz w:val="24"/>
          <w:szCs w:val="24"/>
        </w:rPr>
        <w:t xml:space="preserve"> </w:t>
      </w:r>
      <w:proofErr w:type="spellStart"/>
      <w:r w:rsidRPr="0083513D">
        <w:rPr>
          <w:rFonts w:cs="Times New Roman"/>
          <w:sz w:val="24"/>
          <w:szCs w:val="24"/>
        </w:rPr>
        <w:t>stāvoklī</w:t>
      </w:r>
      <w:proofErr w:type="spellEnd"/>
      <w:r w:rsidRPr="0083513D">
        <w:rPr>
          <w:rFonts w:cs="Times New Roman"/>
          <w:sz w:val="24"/>
          <w:szCs w:val="24"/>
        </w:rPr>
        <w:t xml:space="preserve">, </w:t>
      </w:r>
      <w:proofErr w:type="spellStart"/>
      <w:r w:rsidRPr="0083513D">
        <w:rPr>
          <w:rFonts w:cs="Times New Roman"/>
          <w:sz w:val="24"/>
          <w:szCs w:val="24"/>
        </w:rPr>
        <w:t>kādā</w:t>
      </w:r>
      <w:proofErr w:type="spellEnd"/>
      <w:r w:rsidRPr="0083513D">
        <w:rPr>
          <w:rFonts w:cs="Times New Roman"/>
          <w:sz w:val="24"/>
          <w:szCs w:val="24"/>
        </w:rPr>
        <w:t xml:space="preserve"> </w:t>
      </w:r>
      <w:proofErr w:type="spellStart"/>
      <w:r w:rsidRPr="0083513D">
        <w:rPr>
          <w:rFonts w:cs="Times New Roman"/>
          <w:sz w:val="24"/>
          <w:szCs w:val="24"/>
        </w:rPr>
        <w:t>tas</w:t>
      </w:r>
      <w:proofErr w:type="spellEnd"/>
      <w:r w:rsidRPr="0083513D">
        <w:rPr>
          <w:rFonts w:cs="Times New Roman"/>
          <w:sz w:val="24"/>
          <w:szCs w:val="24"/>
        </w:rPr>
        <w:t xml:space="preserve"> </w:t>
      </w:r>
      <w:proofErr w:type="spellStart"/>
      <w:r w:rsidRPr="0083513D">
        <w:rPr>
          <w:rFonts w:cs="Times New Roman"/>
          <w:sz w:val="24"/>
          <w:szCs w:val="24"/>
        </w:rPr>
        <w:t>saņemts</w:t>
      </w:r>
      <w:proofErr w:type="spellEnd"/>
      <w:r w:rsidRPr="0083513D">
        <w:rPr>
          <w:rFonts w:cs="Times New Roman"/>
          <w:sz w:val="24"/>
          <w:szCs w:val="24"/>
        </w:rPr>
        <w:t xml:space="preserve">, </w:t>
      </w:r>
      <w:proofErr w:type="spellStart"/>
      <w:r w:rsidRPr="0083513D">
        <w:rPr>
          <w:rFonts w:cs="Times New Roman"/>
          <w:sz w:val="24"/>
          <w:szCs w:val="24"/>
        </w:rPr>
        <w:t>ņemot</w:t>
      </w:r>
      <w:proofErr w:type="spellEnd"/>
      <w:r w:rsidRPr="0083513D">
        <w:rPr>
          <w:rFonts w:cs="Times New Roman"/>
          <w:sz w:val="24"/>
          <w:szCs w:val="24"/>
        </w:rPr>
        <w:t xml:space="preserve"> </w:t>
      </w:r>
      <w:proofErr w:type="spellStart"/>
      <w:r w:rsidRPr="0083513D">
        <w:rPr>
          <w:rFonts w:cs="Times New Roman"/>
          <w:sz w:val="24"/>
          <w:szCs w:val="24"/>
        </w:rPr>
        <w:t>vērā</w:t>
      </w:r>
      <w:proofErr w:type="spellEnd"/>
      <w:r w:rsidRPr="0083513D">
        <w:rPr>
          <w:rFonts w:cs="Times New Roman"/>
          <w:sz w:val="24"/>
          <w:szCs w:val="24"/>
        </w:rPr>
        <w:t xml:space="preserve"> </w:t>
      </w:r>
      <w:proofErr w:type="spellStart"/>
      <w:r w:rsidRPr="0083513D">
        <w:rPr>
          <w:rFonts w:cs="Times New Roman"/>
          <w:sz w:val="24"/>
          <w:szCs w:val="24"/>
        </w:rPr>
        <w:t>dabisko</w:t>
      </w:r>
      <w:proofErr w:type="spellEnd"/>
      <w:r w:rsidRPr="0083513D">
        <w:rPr>
          <w:rFonts w:cs="Times New Roman"/>
          <w:sz w:val="24"/>
          <w:szCs w:val="24"/>
        </w:rPr>
        <w:t xml:space="preserve"> nolietojumu.</w:t>
      </w:r>
    </w:p>
    <w:p w14:paraId="100439D4" w14:textId="2124A91D"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Lietotājam</w:t>
      </w:r>
      <w:proofErr w:type="spellEnd"/>
      <w:r w:rsidRPr="0083513D">
        <w:rPr>
          <w:rFonts w:cs="Times New Roman"/>
          <w:sz w:val="24"/>
          <w:szCs w:val="24"/>
        </w:rPr>
        <w:t xml:space="preserve"> nav </w:t>
      </w:r>
      <w:proofErr w:type="spellStart"/>
      <w:r w:rsidRPr="0083513D">
        <w:rPr>
          <w:rFonts w:cs="Times New Roman"/>
          <w:sz w:val="24"/>
          <w:szCs w:val="24"/>
        </w:rPr>
        <w:t>tiesību</w:t>
      </w:r>
      <w:proofErr w:type="spellEnd"/>
      <w:r w:rsidRPr="0083513D">
        <w:rPr>
          <w:rFonts w:cs="Times New Roman"/>
          <w:sz w:val="24"/>
          <w:szCs w:val="24"/>
        </w:rPr>
        <w:t xml:space="preserve"> </w:t>
      </w:r>
      <w:proofErr w:type="spellStart"/>
      <w:r w:rsidRPr="0083513D">
        <w:rPr>
          <w:rFonts w:cs="Times New Roman"/>
          <w:sz w:val="24"/>
          <w:szCs w:val="24"/>
        </w:rPr>
        <w:t>pieprasīt</w:t>
      </w:r>
      <w:proofErr w:type="spellEnd"/>
      <w:r w:rsidRPr="0083513D">
        <w:rPr>
          <w:rFonts w:cs="Times New Roman"/>
          <w:sz w:val="24"/>
          <w:szCs w:val="24"/>
        </w:rPr>
        <w:t xml:space="preserve"> jebkādu zaudējumu vai veikto uzlabojumu izmaksu kompensāciju, ja Līgums tiek izbeigts Līguma 7.3. punktā noteiktajos gadījumos.</w:t>
      </w:r>
    </w:p>
    <w:p w14:paraId="0D2B3570" w14:textId="44B87BF3" w:rsidR="00E644B0" w:rsidRPr="0083513D" w:rsidRDefault="00DB3176" w:rsidP="00322741">
      <w:pPr>
        <w:pStyle w:val="Sarakstarindkopa"/>
        <w:numPr>
          <w:ilvl w:val="0"/>
          <w:numId w:val="11"/>
        </w:numPr>
        <w:spacing w:before="240" w:line="360" w:lineRule="auto"/>
        <w:jc w:val="center"/>
        <w:rPr>
          <w:rFonts w:cs="Times New Roman"/>
          <w:sz w:val="24"/>
          <w:szCs w:val="24"/>
        </w:rPr>
      </w:pPr>
      <w:r w:rsidRPr="0083513D">
        <w:rPr>
          <w:rFonts w:cs="Times New Roman"/>
          <w:b/>
          <w:sz w:val="24"/>
          <w:szCs w:val="24"/>
        </w:rPr>
        <w:t>CITI NOTEIKUMI</w:t>
      </w:r>
    </w:p>
    <w:p w14:paraId="4DADBEBC" w14:textId="74CAFCC1"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Jautājumos</w:t>
      </w:r>
      <w:proofErr w:type="spellEnd"/>
      <w:r w:rsidRPr="0083513D">
        <w:rPr>
          <w:rFonts w:cs="Times New Roman"/>
          <w:sz w:val="24"/>
          <w:szCs w:val="24"/>
        </w:rPr>
        <w:t xml:space="preserve">, kas nav </w:t>
      </w:r>
      <w:proofErr w:type="spellStart"/>
      <w:r w:rsidRPr="0083513D">
        <w:rPr>
          <w:rFonts w:cs="Times New Roman"/>
          <w:sz w:val="24"/>
          <w:szCs w:val="24"/>
        </w:rPr>
        <w:t>atrunāti</w:t>
      </w:r>
      <w:proofErr w:type="spellEnd"/>
      <w:r w:rsidRPr="0083513D">
        <w:rPr>
          <w:rFonts w:cs="Times New Roman"/>
          <w:sz w:val="24"/>
          <w:szCs w:val="24"/>
        </w:rPr>
        <w:t xml:space="preserve"> šajā Līgumā, Puses rīkojas saskaņā ar Latvijas Republikā spēkā esošajiem normatīvajiem aktiem.</w:t>
      </w:r>
    </w:p>
    <w:p w14:paraId="1D7B2337" w14:textId="5295BE06"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Pusēm</w:t>
      </w:r>
      <w:proofErr w:type="spellEnd"/>
      <w:r w:rsidRPr="0083513D">
        <w:rPr>
          <w:rFonts w:cs="Times New Roman"/>
          <w:sz w:val="24"/>
          <w:szCs w:val="24"/>
        </w:rPr>
        <w:t xml:space="preserve"> </w:t>
      </w:r>
      <w:proofErr w:type="spellStart"/>
      <w:r w:rsidRPr="0083513D">
        <w:rPr>
          <w:rFonts w:cs="Times New Roman"/>
          <w:sz w:val="24"/>
          <w:szCs w:val="24"/>
        </w:rPr>
        <w:t>ir</w:t>
      </w:r>
      <w:proofErr w:type="spellEnd"/>
      <w:r w:rsidRPr="0083513D">
        <w:rPr>
          <w:rFonts w:cs="Times New Roman"/>
          <w:sz w:val="24"/>
          <w:szCs w:val="24"/>
        </w:rPr>
        <w:t xml:space="preserve"> </w:t>
      </w:r>
      <w:proofErr w:type="spellStart"/>
      <w:r w:rsidRPr="0083513D">
        <w:rPr>
          <w:rFonts w:cs="Times New Roman"/>
          <w:sz w:val="24"/>
          <w:szCs w:val="24"/>
        </w:rPr>
        <w:t>pienākums</w:t>
      </w:r>
      <w:proofErr w:type="spellEnd"/>
      <w:r w:rsidRPr="0083513D">
        <w:rPr>
          <w:rFonts w:cs="Times New Roman"/>
          <w:sz w:val="24"/>
          <w:szCs w:val="24"/>
        </w:rPr>
        <w:t xml:space="preserve"> </w:t>
      </w:r>
      <w:proofErr w:type="spellStart"/>
      <w:r w:rsidRPr="0083513D">
        <w:rPr>
          <w:rFonts w:cs="Times New Roman"/>
          <w:sz w:val="24"/>
          <w:szCs w:val="24"/>
        </w:rPr>
        <w:t>informēt</w:t>
      </w:r>
      <w:proofErr w:type="spellEnd"/>
      <w:r w:rsidRPr="0083513D">
        <w:rPr>
          <w:rFonts w:cs="Times New Roman"/>
          <w:sz w:val="24"/>
          <w:szCs w:val="24"/>
        </w:rPr>
        <w:t xml:space="preserve"> vienai otru 5 (piecu) darba dienu laikā par savu rekvizītu, juridiskās adreses vai pārstāvju maiņu.</w:t>
      </w:r>
    </w:p>
    <w:p w14:paraId="1802C48F" w14:textId="40F6FE7D"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Visi</w:t>
      </w:r>
      <w:proofErr w:type="spellEnd"/>
      <w:r w:rsidRPr="0083513D">
        <w:rPr>
          <w:rFonts w:cs="Times New Roman"/>
          <w:sz w:val="24"/>
          <w:szCs w:val="24"/>
        </w:rPr>
        <w:t xml:space="preserve"> </w:t>
      </w:r>
      <w:proofErr w:type="spellStart"/>
      <w:r w:rsidRPr="0083513D">
        <w:rPr>
          <w:rFonts w:cs="Times New Roman"/>
          <w:sz w:val="24"/>
          <w:szCs w:val="24"/>
        </w:rPr>
        <w:t>strīdi</w:t>
      </w:r>
      <w:proofErr w:type="spellEnd"/>
      <w:r w:rsidRPr="0083513D">
        <w:rPr>
          <w:rFonts w:cs="Times New Roman"/>
          <w:sz w:val="24"/>
          <w:szCs w:val="24"/>
        </w:rPr>
        <w:t xml:space="preserve"> un </w:t>
      </w:r>
      <w:proofErr w:type="spellStart"/>
      <w:r w:rsidRPr="0083513D">
        <w:rPr>
          <w:rFonts w:cs="Times New Roman"/>
          <w:sz w:val="24"/>
          <w:szCs w:val="24"/>
        </w:rPr>
        <w:t>domstarpības</w:t>
      </w:r>
      <w:proofErr w:type="spellEnd"/>
      <w:r w:rsidRPr="0083513D">
        <w:rPr>
          <w:rFonts w:cs="Times New Roman"/>
          <w:sz w:val="24"/>
          <w:szCs w:val="24"/>
        </w:rPr>
        <w:t xml:space="preserve"> saistībā ar Līgumu tiek risināti pārrunu ceļā. Ja vienošanās netiek sasniegta, strīds tiek izskatīts Latvijas Republikas tiesu iestādēs atbilstoši Latvijas Republikas normatīvajiem aktiem.</w:t>
      </w:r>
    </w:p>
    <w:p w14:paraId="3D3B51AE" w14:textId="20EEB50D" w:rsidR="00E644B0" w:rsidRPr="0083513D" w:rsidRDefault="00DB3176" w:rsidP="0083513D">
      <w:pPr>
        <w:pStyle w:val="Sarakstarindkopa"/>
        <w:numPr>
          <w:ilvl w:val="1"/>
          <w:numId w:val="11"/>
        </w:numPr>
        <w:spacing w:after="0" w:line="240" w:lineRule="auto"/>
        <w:jc w:val="both"/>
        <w:rPr>
          <w:rFonts w:cs="Times New Roman"/>
          <w:sz w:val="24"/>
          <w:szCs w:val="24"/>
        </w:rPr>
      </w:pPr>
      <w:proofErr w:type="spellStart"/>
      <w:r w:rsidRPr="0083513D">
        <w:rPr>
          <w:rFonts w:cs="Times New Roman"/>
          <w:sz w:val="24"/>
          <w:szCs w:val="24"/>
        </w:rPr>
        <w:t>Līgums</w:t>
      </w:r>
      <w:proofErr w:type="spellEnd"/>
      <w:r w:rsidRPr="0083513D">
        <w:rPr>
          <w:rFonts w:cs="Times New Roman"/>
          <w:sz w:val="24"/>
          <w:szCs w:val="24"/>
        </w:rPr>
        <w:t xml:space="preserve"> </w:t>
      </w:r>
      <w:proofErr w:type="spellStart"/>
      <w:r w:rsidRPr="0083513D">
        <w:rPr>
          <w:rFonts w:cs="Times New Roman"/>
          <w:sz w:val="24"/>
          <w:szCs w:val="24"/>
        </w:rPr>
        <w:t>sagatavots</w:t>
      </w:r>
      <w:proofErr w:type="spellEnd"/>
      <w:r w:rsidRPr="0083513D">
        <w:rPr>
          <w:rFonts w:cs="Times New Roman"/>
          <w:sz w:val="24"/>
          <w:szCs w:val="24"/>
        </w:rPr>
        <w:t xml:space="preserve"> un </w:t>
      </w:r>
      <w:proofErr w:type="spellStart"/>
      <w:r w:rsidRPr="0083513D">
        <w:rPr>
          <w:rFonts w:cs="Times New Roman"/>
          <w:sz w:val="24"/>
          <w:szCs w:val="24"/>
        </w:rPr>
        <w:t>parakstīts</w:t>
      </w:r>
      <w:proofErr w:type="spellEnd"/>
      <w:r w:rsidRPr="0083513D">
        <w:rPr>
          <w:rFonts w:cs="Times New Roman"/>
          <w:sz w:val="24"/>
          <w:szCs w:val="24"/>
        </w:rPr>
        <w:t xml:space="preserve"> elektroniski latviešu valodā.</w:t>
      </w:r>
    </w:p>
    <w:p w14:paraId="47AA1D38" w14:textId="47B87EBB" w:rsidR="002C50B6" w:rsidRPr="0083513D" w:rsidRDefault="00DB3176" w:rsidP="00322741">
      <w:pPr>
        <w:pStyle w:val="Sarakstarindkopa"/>
        <w:numPr>
          <w:ilvl w:val="0"/>
          <w:numId w:val="11"/>
        </w:numPr>
        <w:spacing w:before="240" w:line="360" w:lineRule="auto"/>
        <w:jc w:val="center"/>
        <w:rPr>
          <w:rFonts w:cs="Times New Roman"/>
          <w:b/>
          <w:sz w:val="24"/>
          <w:szCs w:val="24"/>
        </w:rPr>
      </w:pPr>
      <w:r w:rsidRPr="0083513D">
        <w:rPr>
          <w:rFonts w:cs="Times New Roman"/>
          <w:b/>
          <w:sz w:val="24"/>
          <w:szCs w:val="24"/>
        </w:rPr>
        <w:t>PUŠU REKVIZĪTI UN PARAKSTI</w:t>
      </w:r>
    </w:p>
    <w:p w14:paraId="4F69EF51" w14:textId="77777777" w:rsidR="002C50B6" w:rsidRPr="002C50B6" w:rsidRDefault="002C50B6" w:rsidP="002C50B6">
      <w:pPr>
        <w:spacing w:before="240" w:line="240" w:lineRule="auto"/>
        <w:jc w:val="both"/>
        <w:rPr>
          <w:rFonts w:cs="Times New Roman"/>
          <w:b/>
          <w:sz w:val="24"/>
          <w:szCs w:val="24"/>
        </w:rPr>
      </w:pPr>
    </w:p>
    <w:tbl>
      <w:tblPr>
        <w:tblW w:w="0" w:type="auto"/>
        <w:jc w:val="center"/>
        <w:tblLayout w:type="fixed"/>
        <w:tblLook w:val="04A0" w:firstRow="1" w:lastRow="0" w:firstColumn="1" w:lastColumn="0" w:noHBand="0" w:noVBand="1"/>
      </w:tblPr>
      <w:tblGrid>
        <w:gridCol w:w="5103"/>
        <w:gridCol w:w="4113"/>
      </w:tblGrid>
      <w:tr w:rsidR="00E644B0" w:rsidRPr="002C50B6" w14:paraId="4DD9D73C" w14:textId="77777777" w:rsidTr="00D61362">
        <w:trPr>
          <w:jc w:val="center"/>
        </w:trPr>
        <w:tc>
          <w:tcPr>
            <w:tcW w:w="5103" w:type="dxa"/>
          </w:tcPr>
          <w:p w14:paraId="69F55DE4" w14:textId="77777777" w:rsidR="00933C6A" w:rsidRDefault="00DB3176" w:rsidP="002C50B6">
            <w:pPr>
              <w:spacing w:after="0" w:line="240" w:lineRule="auto"/>
              <w:rPr>
                <w:rFonts w:cs="Times New Roman"/>
                <w:sz w:val="24"/>
                <w:szCs w:val="24"/>
              </w:rPr>
            </w:pPr>
            <w:r w:rsidRPr="00D61362">
              <w:rPr>
                <w:rFonts w:cs="Times New Roman"/>
                <w:bCs/>
                <w:sz w:val="24"/>
                <w:szCs w:val="24"/>
              </w:rPr>
              <w:lastRenderedPageBreak/>
              <w:t>PAŠVALDĪBA</w:t>
            </w:r>
            <w:r w:rsidRPr="002C50B6">
              <w:rPr>
                <w:rFonts w:cs="Times New Roman"/>
                <w:b/>
                <w:sz w:val="24"/>
                <w:szCs w:val="24"/>
              </w:rPr>
              <w:t>:</w:t>
            </w:r>
            <w:r w:rsidRPr="002C50B6">
              <w:rPr>
                <w:rFonts w:cs="Times New Roman"/>
                <w:b/>
                <w:sz w:val="24"/>
                <w:szCs w:val="24"/>
              </w:rPr>
              <w:br/>
            </w:r>
            <w:r w:rsidRPr="00D61362">
              <w:rPr>
                <w:rFonts w:cs="Times New Roman"/>
                <w:b/>
                <w:bCs/>
                <w:sz w:val="24"/>
                <w:szCs w:val="24"/>
              </w:rPr>
              <w:t>Madonas novada pašvaldība</w:t>
            </w:r>
            <w:r w:rsidRPr="002C50B6">
              <w:rPr>
                <w:rFonts w:cs="Times New Roman"/>
                <w:sz w:val="24"/>
                <w:szCs w:val="24"/>
              </w:rPr>
              <w:br/>
              <w:t>Reģistrācijas Nr. 90000054572</w:t>
            </w:r>
            <w:r w:rsidRPr="002C50B6">
              <w:rPr>
                <w:rFonts w:cs="Times New Roman"/>
                <w:sz w:val="24"/>
                <w:szCs w:val="24"/>
              </w:rPr>
              <w:br/>
              <w:t>Adrese: Saieta laukums 1, Madona,</w:t>
            </w:r>
            <w:r w:rsidRPr="002C50B6">
              <w:rPr>
                <w:rFonts w:cs="Times New Roman"/>
                <w:sz w:val="24"/>
                <w:szCs w:val="24"/>
              </w:rPr>
              <w:br/>
              <w:t>Madonas novads, LV-4801</w:t>
            </w:r>
            <w:r w:rsidRPr="002C50B6">
              <w:rPr>
                <w:rFonts w:cs="Times New Roman"/>
                <w:sz w:val="24"/>
                <w:szCs w:val="24"/>
              </w:rPr>
              <w:br/>
            </w:r>
            <w:r w:rsidRPr="002C50B6">
              <w:rPr>
                <w:rFonts w:cs="Times New Roman"/>
                <w:sz w:val="24"/>
                <w:szCs w:val="24"/>
              </w:rPr>
              <w:br/>
            </w:r>
          </w:p>
          <w:p w14:paraId="0B0E69ED" w14:textId="532267CF" w:rsidR="00E644B0" w:rsidRPr="002C50B6" w:rsidRDefault="00DB3176" w:rsidP="002C50B6">
            <w:pPr>
              <w:spacing w:after="0" w:line="240" w:lineRule="auto"/>
              <w:rPr>
                <w:rFonts w:cs="Times New Roman"/>
                <w:sz w:val="24"/>
                <w:szCs w:val="24"/>
              </w:rPr>
            </w:pPr>
            <w:r w:rsidRPr="002C50B6">
              <w:rPr>
                <w:rFonts w:cs="Times New Roman"/>
                <w:sz w:val="24"/>
                <w:szCs w:val="24"/>
              </w:rPr>
              <w:br/>
              <w:t xml:space="preserve">Madonas </w:t>
            </w:r>
            <w:r w:rsidR="00D61362">
              <w:rPr>
                <w:rFonts w:cs="Times New Roman"/>
                <w:sz w:val="24"/>
                <w:szCs w:val="24"/>
              </w:rPr>
              <w:t xml:space="preserve">novada </w:t>
            </w:r>
            <w:proofErr w:type="spellStart"/>
            <w:r w:rsidR="00933C6A" w:rsidRPr="00933C6A">
              <w:rPr>
                <w:rFonts w:cs="Times New Roman"/>
                <w:sz w:val="24"/>
                <w:szCs w:val="24"/>
              </w:rPr>
              <w:t>pašvaldības</w:t>
            </w:r>
            <w:proofErr w:type="spellEnd"/>
            <w:r w:rsidR="00933C6A" w:rsidRPr="00933C6A">
              <w:rPr>
                <w:rFonts w:cs="Times New Roman"/>
                <w:sz w:val="24"/>
                <w:szCs w:val="24"/>
              </w:rPr>
              <w:t xml:space="preserve"> </w:t>
            </w:r>
            <w:proofErr w:type="spellStart"/>
            <w:r w:rsidR="00933C6A" w:rsidRPr="00933C6A">
              <w:rPr>
                <w:rFonts w:cs="Times New Roman"/>
                <w:sz w:val="24"/>
                <w:szCs w:val="24"/>
              </w:rPr>
              <w:t>izpilddirektors</w:t>
            </w:r>
            <w:proofErr w:type="spellEnd"/>
            <w:r w:rsidRPr="002C50B6">
              <w:rPr>
                <w:rFonts w:cs="Times New Roman"/>
                <w:sz w:val="24"/>
                <w:szCs w:val="24"/>
              </w:rPr>
              <w:br/>
            </w:r>
            <w:r w:rsidRPr="002C50B6">
              <w:rPr>
                <w:rFonts w:cs="Times New Roman"/>
                <w:sz w:val="24"/>
                <w:szCs w:val="24"/>
              </w:rPr>
              <w:br/>
            </w:r>
            <w:r w:rsidRPr="002C50B6">
              <w:rPr>
                <w:rFonts w:cs="Times New Roman"/>
                <w:sz w:val="24"/>
                <w:szCs w:val="24"/>
              </w:rPr>
              <w:t xml:space="preserve">_______________________ </w:t>
            </w:r>
            <w:r w:rsidR="00933C6A">
              <w:rPr>
                <w:rFonts w:cs="Times New Roman"/>
                <w:sz w:val="24"/>
                <w:szCs w:val="24"/>
              </w:rPr>
              <w:t>U. Fjodorovs</w:t>
            </w:r>
          </w:p>
        </w:tc>
        <w:tc>
          <w:tcPr>
            <w:tcW w:w="4113" w:type="dxa"/>
          </w:tcPr>
          <w:p w14:paraId="43026497" w14:textId="4C2AED91" w:rsidR="00E644B0" w:rsidRPr="002C50B6" w:rsidRDefault="00DB3176" w:rsidP="002C50B6">
            <w:pPr>
              <w:spacing w:after="0" w:line="240" w:lineRule="auto"/>
              <w:rPr>
                <w:rFonts w:cs="Times New Roman"/>
                <w:sz w:val="24"/>
                <w:szCs w:val="24"/>
              </w:rPr>
            </w:pPr>
            <w:r w:rsidRPr="00D61362">
              <w:rPr>
                <w:rFonts w:cs="Times New Roman"/>
                <w:bCs/>
                <w:sz w:val="24"/>
                <w:szCs w:val="24"/>
              </w:rPr>
              <w:t>LIETOTĀJS</w:t>
            </w:r>
            <w:r w:rsidRPr="002C50B6">
              <w:rPr>
                <w:rFonts w:cs="Times New Roman"/>
                <w:b/>
                <w:sz w:val="24"/>
                <w:szCs w:val="24"/>
              </w:rPr>
              <w:t>:</w:t>
            </w:r>
            <w:r w:rsidRPr="002C50B6">
              <w:rPr>
                <w:rFonts w:cs="Times New Roman"/>
                <w:b/>
                <w:sz w:val="24"/>
                <w:szCs w:val="24"/>
              </w:rPr>
              <w:br/>
            </w:r>
            <w:r w:rsidRPr="00D61362">
              <w:rPr>
                <w:rFonts w:cs="Times New Roman"/>
                <w:b/>
                <w:bCs/>
                <w:sz w:val="24"/>
                <w:szCs w:val="24"/>
              </w:rPr>
              <w:t>SIA "EVO Group"</w:t>
            </w:r>
            <w:r w:rsidRPr="002C50B6">
              <w:rPr>
                <w:rFonts w:cs="Times New Roman"/>
                <w:sz w:val="24"/>
                <w:szCs w:val="24"/>
              </w:rPr>
              <w:br/>
              <w:t>Reģistrācijas Nr. 40203361341</w:t>
            </w:r>
            <w:r w:rsidRPr="002C50B6">
              <w:rPr>
                <w:rFonts w:cs="Times New Roman"/>
                <w:sz w:val="24"/>
                <w:szCs w:val="24"/>
              </w:rPr>
              <w:br/>
            </w:r>
            <w:proofErr w:type="spellStart"/>
            <w:r w:rsidRPr="002C50B6">
              <w:rPr>
                <w:rFonts w:cs="Times New Roman"/>
                <w:sz w:val="24"/>
                <w:szCs w:val="24"/>
              </w:rPr>
              <w:t>Adrese</w:t>
            </w:r>
            <w:proofErr w:type="spellEnd"/>
            <w:r w:rsidRPr="002C50B6">
              <w:rPr>
                <w:rFonts w:cs="Times New Roman"/>
                <w:sz w:val="24"/>
                <w:szCs w:val="24"/>
              </w:rPr>
              <w:t xml:space="preserve">: </w:t>
            </w:r>
            <w:proofErr w:type="spellStart"/>
            <w:r w:rsidRPr="002C50B6">
              <w:rPr>
                <w:rFonts w:cs="Times New Roman"/>
                <w:sz w:val="24"/>
                <w:szCs w:val="24"/>
              </w:rPr>
              <w:t>Avotkalnu</w:t>
            </w:r>
            <w:proofErr w:type="spellEnd"/>
            <w:r w:rsidRPr="002C50B6">
              <w:rPr>
                <w:rFonts w:cs="Times New Roman"/>
                <w:sz w:val="24"/>
                <w:szCs w:val="24"/>
              </w:rPr>
              <w:t xml:space="preserve"> </w:t>
            </w:r>
            <w:proofErr w:type="spellStart"/>
            <w:r w:rsidRPr="002C50B6">
              <w:rPr>
                <w:rFonts w:cs="Times New Roman"/>
                <w:sz w:val="24"/>
                <w:szCs w:val="24"/>
              </w:rPr>
              <w:t>iela</w:t>
            </w:r>
            <w:proofErr w:type="spellEnd"/>
            <w:r w:rsidRPr="002C50B6">
              <w:rPr>
                <w:rFonts w:cs="Times New Roman"/>
                <w:sz w:val="24"/>
                <w:szCs w:val="24"/>
              </w:rPr>
              <w:t xml:space="preserve"> 13, </w:t>
            </w:r>
            <w:proofErr w:type="spellStart"/>
            <w:r w:rsidRPr="002C50B6">
              <w:rPr>
                <w:rFonts w:cs="Times New Roman"/>
                <w:sz w:val="24"/>
                <w:szCs w:val="24"/>
              </w:rPr>
              <w:t>Inčukalns</w:t>
            </w:r>
            <w:proofErr w:type="spellEnd"/>
            <w:r w:rsidRPr="002C50B6">
              <w:rPr>
                <w:rFonts w:cs="Times New Roman"/>
                <w:sz w:val="24"/>
                <w:szCs w:val="24"/>
              </w:rPr>
              <w:t>,</w:t>
            </w:r>
            <w:r w:rsidRPr="002C50B6">
              <w:rPr>
                <w:rFonts w:cs="Times New Roman"/>
                <w:sz w:val="24"/>
                <w:szCs w:val="24"/>
              </w:rPr>
              <w:br/>
            </w:r>
            <w:proofErr w:type="spellStart"/>
            <w:r w:rsidRPr="002C50B6">
              <w:rPr>
                <w:rFonts w:cs="Times New Roman"/>
                <w:sz w:val="24"/>
                <w:szCs w:val="24"/>
              </w:rPr>
              <w:t>Inčukalna</w:t>
            </w:r>
            <w:proofErr w:type="spellEnd"/>
            <w:r w:rsidRPr="002C50B6">
              <w:rPr>
                <w:rFonts w:cs="Times New Roman"/>
                <w:sz w:val="24"/>
                <w:szCs w:val="24"/>
              </w:rPr>
              <w:t xml:space="preserve"> </w:t>
            </w:r>
            <w:proofErr w:type="spellStart"/>
            <w:r w:rsidRPr="002C50B6">
              <w:rPr>
                <w:rFonts w:cs="Times New Roman"/>
                <w:sz w:val="24"/>
                <w:szCs w:val="24"/>
              </w:rPr>
              <w:t>pag</w:t>
            </w:r>
            <w:proofErr w:type="spellEnd"/>
            <w:r w:rsidRPr="002C50B6">
              <w:rPr>
                <w:rFonts w:cs="Times New Roman"/>
                <w:sz w:val="24"/>
                <w:szCs w:val="24"/>
              </w:rPr>
              <w:t xml:space="preserve">., </w:t>
            </w:r>
            <w:proofErr w:type="spellStart"/>
            <w:r w:rsidRPr="002C50B6">
              <w:rPr>
                <w:rFonts w:cs="Times New Roman"/>
                <w:sz w:val="24"/>
                <w:szCs w:val="24"/>
              </w:rPr>
              <w:t>Siguldas</w:t>
            </w:r>
            <w:proofErr w:type="spellEnd"/>
            <w:r w:rsidRPr="002C50B6">
              <w:rPr>
                <w:rFonts w:cs="Times New Roman"/>
                <w:sz w:val="24"/>
                <w:szCs w:val="24"/>
              </w:rPr>
              <w:t xml:space="preserve"> </w:t>
            </w:r>
            <w:proofErr w:type="spellStart"/>
            <w:r w:rsidRPr="002C50B6">
              <w:rPr>
                <w:rFonts w:cs="Times New Roman"/>
                <w:sz w:val="24"/>
                <w:szCs w:val="24"/>
              </w:rPr>
              <w:t>nov.</w:t>
            </w:r>
            <w:proofErr w:type="spellEnd"/>
            <w:r w:rsidRPr="002C50B6">
              <w:rPr>
                <w:rFonts w:cs="Times New Roman"/>
                <w:sz w:val="24"/>
                <w:szCs w:val="24"/>
              </w:rPr>
              <w:t>, LV-2141</w:t>
            </w:r>
            <w:r w:rsidRPr="002C50B6">
              <w:rPr>
                <w:rFonts w:cs="Times New Roman"/>
                <w:sz w:val="24"/>
                <w:szCs w:val="24"/>
              </w:rPr>
              <w:br/>
            </w:r>
            <w:proofErr w:type="spellStart"/>
            <w:r w:rsidRPr="002C50B6">
              <w:rPr>
                <w:rFonts w:cs="Times New Roman"/>
                <w:sz w:val="24"/>
                <w:szCs w:val="24"/>
              </w:rPr>
              <w:t>T</w:t>
            </w:r>
            <w:r w:rsidR="002C50B6">
              <w:rPr>
                <w:rFonts w:cs="Times New Roman"/>
                <w:sz w:val="24"/>
                <w:szCs w:val="24"/>
              </w:rPr>
              <w:t>ālr</w:t>
            </w:r>
            <w:proofErr w:type="spellEnd"/>
            <w:r w:rsidRPr="002C50B6">
              <w:rPr>
                <w:rFonts w:cs="Times New Roman"/>
                <w:sz w:val="24"/>
                <w:szCs w:val="24"/>
              </w:rPr>
              <w:t>. +371 28688464</w:t>
            </w:r>
            <w:r w:rsidRPr="002C50B6">
              <w:rPr>
                <w:rFonts w:cs="Times New Roman"/>
                <w:sz w:val="24"/>
                <w:szCs w:val="24"/>
              </w:rPr>
              <w:br/>
              <w:t>e-pasts: roboskola@roboskola.lv</w:t>
            </w:r>
            <w:r w:rsidRPr="002C50B6">
              <w:rPr>
                <w:rFonts w:cs="Times New Roman"/>
                <w:sz w:val="24"/>
                <w:szCs w:val="24"/>
              </w:rPr>
              <w:br/>
            </w:r>
            <w:r w:rsidRPr="002C50B6">
              <w:rPr>
                <w:rFonts w:cs="Times New Roman"/>
                <w:sz w:val="24"/>
                <w:szCs w:val="24"/>
              </w:rPr>
              <w:br/>
              <w:t>Valdes priekšsēdētāja</w:t>
            </w:r>
            <w:r w:rsidRPr="002C50B6">
              <w:rPr>
                <w:rFonts w:cs="Times New Roman"/>
                <w:sz w:val="24"/>
                <w:szCs w:val="24"/>
              </w:rPr>
              <w:br/>
            </w:r>
            <w:r w:rsidRPr="002C50B6">
              <w:rPr>
                <w:rFonts w:cs="Times New Roman"/>
                <w:sz w:val="24"/>
                <w:szCs w:val="24"/>
              </w:rPr>
              <w:br/>
              <w:t>_______________________ L. Liepiņa</w:t>
            </w:r>
          </w:p>
        </w:tc>
      </w:tr>
    </w:tbl>
    <w:p w14:paraId="39230598" w14:textId="4130CE5D" w:rsidR="00E644B0" w:rsidRPr="002C50B6" w:rsidRDefault="00DB3176" w:rsidP="002C50B6">
      <w:pPr>
        <w:spacing w:before="360" w:after="0" w:line="240" w:lineRule="auto"/>
        <w:jc w:val="center"/>
        <w:rPr>
          <w:rFonts w:cs="Times New Roman"/>
          <w:sz w:val="24"/>
          <w:szCs w:val="24"/>
        </w:rPr>
      </w:pPr>
      <w:r w:rsidRPr="002C50B6">
        <w:rPr>
          <w:rFonts w:cs="Times New Roman"/>
          <w:i/>
          <w:sz w:val="24"/>
          <w:szCs w:val="24"/>
        </w:rPr>
        <w:br/>
      </w:r>
    </w:p>
    <w:p w14:paraId="2F92BE13" w14:textId="77777777" w:rsidR="004624CA" w:rsidRDefault="00DB3176">
      <w:pPr>
        <w:spacing w:after="200"/>
        <w:rPr>
          <w:rFonts w:cs="Times New Roman"/>
          <w:sz w:val="24"/>
          <w:szCs w:val="24"/>
        </w:rPr>
      </w:pPr>
      <w:r w:rsidRPr="002C50B6">
        <w:rPr>
          <w:rFonts w:cs="Times New Roman"/>
          <w:sz w:val="24"/>
          <w:szCs w:val="24"/>
        </w:rPr>
        <w:br w:type="page"/>
      </w:r>
    </w:p>
    <w:tbl>
      <w:tblPr>
        <w:tblStyle w:val="Reatabula"/>
        <w:tblW w:w="0" w:type="auto"/>
        <w:tblInd w:w="7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2"/>
      </w:tblGrid>
      <w:tr w:rsidR="004624CA" w14:paraId="602EF74E" w14:textId="77777777" w:rsidTr="007C1B06">
        <w:tc>
          <w:tcPr>
            <w:tcW w:w="2312" w:type="dxa"/>
            <w:vAlign w:val="bottom"/>
          </w:tcPr>
          <w:p w14:paraId="2B92BEBD" w14:textId="1474E156" w:rsidR="004624CA" w:rsidRPr="00D61362" w:rsidRDefault="004624CA" w:rsidP="007C1B06">
            <w:pPr>
              <w:spacing w:after="0"/>
              <w:jc w:val="right"/>
              <w:rPr>
                <w:rFonts w:cs="Times New Roman"/>
                <w:bCs/>
                <w:sz w:val="24"/>
                <w:szCs w:val="24"/>
              </w:rPr>
            </w:pPr>
            <w:proofErr w:type="spellStart"/>
            <w:r w:rsidRPr="00D61362">
              <w:rPr>
                <w:rFonts w:cs="Times New Roman"/>
                <w:bCs/>
                <w:sz w:val="24"/>
                <w:szCs w:val="24"/>
              </w:rPr>
              <w:lastRenderedPageBreak/>
              <w:t>Pielikums</w:t>
            </w:r>
            <w:proofErr w:type="spellEnd"/>
            <w:r w:rsidRPr="00D61362">
              <w:rPr>
                <w:rFonts w:cs="Times New Roman"/>
                <w:bCs/>
                <w:sz w:val="24"/>
                <w:szCs w:val="24"/>
              </w:rPr>
              <w:t xml:space="preserve"> Nr. </w:t>
            </w:r>
            <w:r>
              <w:rPr>
                <w:rFonts w:cs="Times New Roman"/>
                <w:bCs/>
                <w:sz w:val="24"/>
                <w:szCs w:val="24"/>
              </w:rPr>
              <w:t>1</w:t>
            </w:r>
          </w:p>
          <w:p w14:paraId="37AC185A" w14:textId="77777777" w:rsidR="004624CA" w:rsidRPr="00D61362" w:rsidRDefault="004624CA" w:rsidP="007C1B06">
            <w:pPr>
              <w:spacing w:after="0"/>
              <w:jc w:val="right"/>
              <w:rPr>
                <w:rFonts w:cs="Times New Roman"/>
                <w:bCs/>
                <w:i/>
                <w:iCs/>
                <w:sz w:val="24"/>
                <w:szCs w:val="24"/>
              </w:rPr>
            </w:pPr>
            <w:r w:rsidRPr="00D61362">
              <w:rPr>
                <w:rFonts w:cs="Times New Roman"/>
                <w:bCs/>
                <w:i/>
                <w:iCs/>
                <w:sz w:val="24"/>
                <w:szCs w:val="24"/>
              </w:rPr>
              <w:t xml:space="preserve">pie </w:t>
            </w:r>
            <w:proofErr w:type="spellStart"/>
            <w:r w:rsidRPr="00D61362">
              <w:rPr>
                <w:rFonts w:cs="Times New Roman"/>
                <w:bCs/>
                <w:i/>
                <w:iCs/>
                <w:sz w:val="24"/>
                <w:szCs w:val="24"/>
              </w:rPr>
              <w:t>Līguma</w:t>
            </w:r>
            <w:proofErr w:type="spellEnd"/>
            <w:r w:rsidRPr="00D61362">
              <w:rPr>
                <w:rFonts w:cs="Times New Roman"/>
                <w:bCs/>
                <w:i/>
                <w:iCs/>
                <w:sz w:val="24"/>
                <w:szCs w:val="24"/>
              </w:rPr>
              <w:t xml:space="preserve"> Nr. __</w:t>
            </w:r>
          </w:p>
        </w:tc>
      </w:tr>
    </w:tbl>
    <w:p w14:paraId="7D5BCC07" w14:textId="77777777" w:rsidR="004624CA" w:rsidRDefault="004624CA" w:rsidP="004624CA">
      <w:pPr>
        <w:spacing w:before="240" w:after="200"/>
        <w:jc w:val="center"/>
        <w:rPr>
          <w:rFonts w:cs="Times New Roman"/>
          <w:sz w:val="24"/>
          <w:szCs w:val="24"/>
        </w:rPr>
      </w:pPr>
    </w:p>
    <w:p w14:paraId="0F9A682C" w14:textId="07D123EC" w:rsidR="004624CA" w:rsidRDefault="004624CA" w:rsidP="004624CA">
      <w:pPr>
        <w:spacing w:before="240" w:after="200"/>
        <w:jc w:val="center"/>
        <w:rPr>
          <w:rFonts w:cs="Times New Roman"/>
          <w:sz w:val="24"/>
          <w:szCs w:val="24"/>
        </w:rPr>
      </w:pPr>
      <w:r>
        <w:rPr>
          <w:rFonts w:cs="Times New Roman"/>
          <w:sz w:val="24"/>
          <w:szCs w:val="24"/>
        </w:rPr>
        <w:t>TELPU PLĀNS – 1. STĀVS</w:t>
      </w:r>
    </w:p>
    <w:p w14:paraId="055FC0B7" w14:textId="524F0EF5" w:rsidR="004624CA" w:rsidRDefault="001A16AE" w:rsidP="001A16AE">
      <w:pPr>
        <w:tabs>
          <w:tab w:val="left" w:pos="3780"/>
        </w:tabs>
        <w:spacing w:after="200"/>
        <w:rPr>
          <w:rFonts w:cs="Times New Roman"/>
          <w:sz w:val="24"/>
          <w:szCs w:val="24"/>
        </w:rPr>
      </w:pPr>
      <w:r>
        <w:rPr>
          <w:rFonts w:cs="Times New Roman"/>
          <w:sz w:val="24"/>
          <w:szCs w:val="24"/>
        </w:rPr>
        <w:tab/>
      </w:r>
      <w:r>
        <w:rPr>
          <w:rFonts w:cs="Times New Roman"/>
          <w:noProof/>
          <w:sz w:val="24"/>
          <w:szCs w:val="24"/>
        </w:rPr>
        <w:drawing>
          <wp:inline distT="0" distB="0" distL="0" distR="0" wp14:anchorId="1403C5AE" wp14:editId="72A1CFA4">
            <wp:extent cx="6586492" cy="4657725"/>
            <wp:effectExtent l="0" t="0" r="5080" b="0"/>
            <wp:docPr id="1" name="Attēls 1" descr="Attēls, kurā ir skečs, diagramma, karte, plān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skečs, diagramma, karte, plāns&#10;&#10;Mākslīgā intelekta ģenerētais saturs var būt nepareizs."/>
                    <pic:cNvPicPr/>
                  </pic:nvPicPr>
                  <pic:blipFill>
                    <a:blip r:embed="rId10"/>
                    <a:stretch>
                      <a:fillRect/>
                    </a:stretch>
                  </pic:blipFill>
                  <pic:spPr>
                    <a:xfrm>
                      <a:off x="0" y="0"/>
                      <a:ext cx="6622888" cy="4683463"/>
                    </a:xfrm>
                    <a:prstGeom prst="rect">
                      <a:avLst/>
                    </a:prstGeom>
                  </pic:spPr>
                </pic:pic>
              </a:graphicData>
            </a:graphic>
          </wp:inline>
        </w:drawing>
      </w:r>
    </w:p>
    <w:p w14:paraId="2C259670" w14:textId="647692BC" w:rsidR="001A16AE" w:rsidRDefault="001A16AE" w:rsidP="001A16AE">
      <w:pPr>
        <w:spacing w:after="0" w:line="240" w:lineRule="auto"/>
        <w:ind w:left="360"/>
        <w:jc w:val="right"/>
        <w:rPr>
          <w:rFonts w:eastAsia="Times New Roman" w:cs="Times New Roman"/>
          <w:bCs/>
          <w:i/>
          <w:iCs/>
          <w:sz w:val="24"/>
          <w:szCs w:val="24"/>
          <w:lang w:val="lv-LV"/>
        </w:rPr>
      </w:pPr>
      <w:r>
        <w:rPr>
          <w:rFonts w:eastAsia="Times New Roman" w:cs="Times New Roman"/>
          <w:bCs/>
          <w:i/>
          <w:iCs/>
          <w:sz w:val="24"/>
          <w:szCs w:val="24"/>
          <w:lang w:val="lv-LV"/>
        </w:rPr>
        <w:t>O</w:t>
      </w:r>
      <w:r w:rsidRPr="001A16AE">
        <w:rPr>
          <w:rFonts w:eastAsia="Times New Roman" w:cs="Times New Roman"/>
          <w:bCs/>
          <w:i/>
          <w:iCs/>
          <w:sz w:val="24"/>
          <w:szCs w:val="24"/>
          <w:lang w:val="lv-LV"/>
        </w:rPr>
        <w:t>bjekts -</w:t>
      </w:r>
      <w:r>
        <w:rPr>
          <w:rFonts w:eastAsia="Times New Roman" w:cs="Times New Roman"/>
          <w:bCs/>
          <w:i/>
          <w:iCs/>
          <w:sz w:val="24"/>
          <w:szCs w:val="24"/>
          <w:lang w:val="lv-LV"/>
        </w:rPr>
        <w:t xml:space="preserve"> koplietošanas</w:t>
      </w:r>
      <w:r w:rsidRPr="001A16AE">
        <w:rPr>
          <w:rFonts w:eastAsia="Times New Roman" w:cs="Times New Roman"/>
          <w:bCs/>
          <w:i/>
          <w:iCs/>
          <w:sz w:val="24"/>
          <w:szCs w:val="24"/>
          <w:lang w:val="lv-LV"/>
        </w:rPr>
        <w:t xml:space="preserve"> telpas Nr. 44</w:t>
      </w:r>
      <w:r>
        <w:rPr>
          <w:rFonts w:eastAsia="Times New Roman" w:cs="Times New Roman"/>
          <w:bCs/>
          <w:i/>
          <w:iCs/>
          <w:sz w:val="24"/>
          <w:szCs w:val="24"/>
          <w:lang w:val="lv-LV"/>
        </w:rPr>
        <w:t>,</w:t>
      </w:r>
      <w:r w:rsidRPr="001A16AE">
        <w:rPr>
          <w:rFonts w:eastAsia="Times New Roman" w:cs="Times New Roman"/>
          <w:bCs/>
          <w:i/>
          <w:iCs/>
          <w:sz w:val="24"/>
          <w:szCs w:val="24"/>
          <w:lang w:val="lv-LV"/>
        </w:rPr>
        <w:t xml:space="preserve"> Nr. 43</w:t>
      </w:r>
      <w:r>
        <w:rPr>
          <w:rFonts w:eastAsia="Times New Roman" w:cs="Times New Roman"/>
          <w:bCs/>
          <w:i/>
          <w:iCs/>
          <w:sz w:val="24"/>
          <w:szCs w:val="24"/>
          <w:lang w:val="lv-LV"/>
        </w:rPr>
        <w:t>,</w:t>
      </w:r>
    </w:p>
    <w:p w14:paraId="6F61F5D6" w14:textId="28930B4F" w:rsidR="001A16AE" w:rsidRPr="001A16AE" w:rsidRDefault="001A16AE" w:rsidP="001A16AE">
      <w:pPr>
        <w:spacing w:after="0" w:line="240" w:lineRule="auto"/>
        <w:ind w:left="360"/>
        <w:jc w:val="right"/>
        <w:rPr>
          <w:rFonts w:eastAsia="Times New Roman" w:cs="Times New Roman"/>
          <w:bCs/>
          <w:i/>
          <w:iCs/>
          <w:sz w:val="24"/>
          <w:szCs w:val="24"/>
          <w:lang w:val="lv-LV"/>
        </w:rPr>
      </w:pPr>
      <w:r w:rsidRPr="001A16AE">
        <w:rPr>
          <w:rFonts w:eastAsia="Times New Roman" w:cs="Times New Roman"/>
          <w:bCs/>
          <w:i/>
          <w:iCs/>
          <w:sz w:val="24"/>
          <w:szCs w:val="24"/>
          <w:lang w:val="lv-LV"/>
        </w:rPr>
        <w:t>Nr. 46</w:t>
      </w:r>
      <w:r>
        <w:rPr>
          <w:rFonts w:eastAsia="Times New Roman" w:cs="Times New Roman"/>
          <w:bCs/>
          <w:i/>
          <w:iCs/>
          <w:sz w:val="24"/>
          <w:szCs w:val="24"/>
          <w:lang w:val="lv-LV"/>
        </w:rPr>
        <w:t>,</w:t>
      </w:r>
      <w:r w:rsidRPr="001A16AE">
        <w:rPr>
          <w:rFonts w:eastAsia="Times New Roman" w:cs="Times New Roman"/>
          <w:bCs/>
          <w:i/>
          <w:iCs/>
          <w:sz w:val="24"/>
          <w:szCs w:val="24"/>
          <w:lang w:val="lv-LV"/>
        </w:rPr>
        <w:t xml:space="preserve"> Nr. 47</w:t>
      </w:r>
      <w:r>
        <w:rPr>
          <w:rFonts w:eastAsia="Times New Roman" w:cs="Times New Roman"/>
          <w:bCs/>
          <w:i/>
          <w:iCs/>
          <w:sz w:val="24"/>
          <w:szCs w:val="24"/>
          <w:lang w:val="lv-LV"/>
        </w:rPr>
        <w:t>,</w:t>
      </w:r>
      <w:r w:rsidRPr="001A16AE">
        <w:rPr>
          <w:rFonts w:eastAsia="Times New Roman" w:cs="Times New Roman"/>
          <w:bCs/>
          <w:i/>
          <w:iCs/>
          <w:sz w:val="24"/>
          <w:szCs w:val="24"/>
          <w:lang w:val="lv-LV"/>
        </w:rPr>
        <w:t xml:space="preserve"> Nr. 48</w:t>
      </w:r>
    </w:p>
    <w:p w14:paraId="39541CF2" w14:textId="24EA581E" w:rsidR="001A16AE" w:rsidRPr="001A16AE" w:rsidRDefault="001A16AE" w:rsidP="001A16AE">
      <w:pPr>
        <w:spacing w:after="0" w:line="240" w:lineRule="auto"/>
        <w:ind w:left="360"/>
        <w:jc w:val="right"/>
        <w:rPr>
          <w:rFonts w:eastAsia="Times New Roman" w:cs="Times New Roman"/>
          <w:bCs/>
          <w:sz w:val="24"/>
          <w:szCs w:val="24"/>
          <w:lang w:val="lv-LV"/>
        </w:rPr>
      </w:pPr>
      <w:r w:rsidRPr="001A16AE">
        <w:rPr>
          <w:rFonts w:eastAsia="Times New Roman" w:cs="Times New Roman"/>
          <w:bCs/>
          <w:sz w:val="24"/>
          <w:szCs w:val="24"/>
          <w:lang w:val="lv-LV"/>
        </w:rPr>
        <w:t xml:space="preserve"> </w:t>
      </w:r>
      <w:r>
        <w:rPr>
          <w:rFonts w:eastAsia="Times New Roman" w:cs="Times New Roman"/>
          <w:bCs/>
          <w:sz w:val="24"/>
          <w:szCs w:val="24"/>
          <w:lang w:val="lv-LV"/>
        </w:rPr>
        <w:t xml:space="preserve">Madonas pilsētas PII “Priedīte”, </w:t>
      </w:r>
      <w:r w:rsidRPr="001A16AE">
        <w:rPr>
          <w:rFonts w:eastAsia="Times New Roman" w:cs="Times New Roman"/>
          <w:bCs/>
          <w:sz w:val="24"/>
          <w:szCs w:val="24"/>
          <w:lang w:val="lv-LV"/>
        </w:rPr>
        <w:t>Valmieras iel</w:t>
      </w:r>
      <w:r>
        <w:rPr>
          <w:rFonts w:eastAsia="Times New Roman" w:cs="Times New Roman"/>
          <w:bCs/>
          <w:sz w:val="24"/>
          <w:szCs w:val="24"/>
          <w:lang w:val="lv-LV"/>
        </w:rPr>
        <w:t xml:space="preserve">a </w:t>
      </w:r>
      <w:r w:rsidRPr="001A16AE">
        <w:rPr>
          <w:rFonts w:eastAsia="Times New Roman" w:cs="Times New Roman"/>
          <w:bCs/>
          <w:sz w:val="24"/>
          <w:szCs w:val="24"/>
          <w:lang w:val="lv-LV"/>
        </w:rPr>
        <w:t>17, Madon</w:t>
      </w:r>
      <w:r>
        <w:rPr>
          <w:rFonts w:eastAsia="Times New Roman" w:cs="Times New Roman"/>
          <w:bCs/>
          <w:sz w:val="24"/>
          <w:szCs w:val="24"/>
          <w:lang w:val="lv-LV"/>
        </w:rPr>
        <w:t>a</w:t>
      </w:r>
    </w:p>
    <w:p w14:paraId="3EB0877E" w14:textId="7913B71F" w:rsidR="001A16AE" w:rsidRDefault="001A16AE" w:rsidP="001A16AE">
      <w:pPr>
        <w:tabs>
          <w:tab w:val="left" w:pos="3780"/>
        </w:tabs>
        <w:spacing w:after="200"/>
        <w:jc w:val="right"/>
        <w:rPr>
          <w:rFonts w:eastAsia="Times New Roman" w:cs="Times New Roman"/>
          <w:bCs/>
          <w:sz w:val="24"/>
          <w:szCs w:val="24"/>
          <w:lang w:val="en-GB"/>
        </w:rPr>
      </w:pPr>
      <w:proofErr w:type="spellStart"/>
      <w:r w:rsidRPr="001A16AE">
        <w:rPr>
          <w:rFonts w:eastAsia="Times New Roman" w:cs="Times New Roman"/>
          <w:bCs/>
          <w:sz w:val="24"/>
          <w:szCs w:val="24"/>
          <w:lang w:val="en-GB"/>
        </w:rPr>
        <w:t>Kadastra</w:t>
      </w:r>
      <w:proofErr w:type="spellEnd"/>
      <w:r w:rsidRPr="001A16AE">
        <w:rPr>
          <w:rFonts w:eastAsia="Times New Roman" w:cs="Times New Roman"/>
          <w:bCs/>
          <w:sz w:val="24"/>
          <w:szCs w:val="24"/>
          <w:lang w:val="en-GB"/>
        </w:rPr>
        <w:t xml:space="preserve"> </w:t>
      </w:r>
      <w:proofErr w:type="spellStart"/>
      <w:r w:rsidRPr="001A16AE">
        <w:rPr>
          <w:rFonts w:eastAsia="Times New Roman" w:cs="Times New Roman"/>
          <w:bCs/>
          <w:sz w:val="24"/>
          <w:szCs w:val="24"/>
          <w:lang w:val="en-GB"/>
        </w:rPr>
        <w:t>apzīmējums</w:t>
      </w:r>
      <w:proofErr w:type="spellEnd"/>
      <w:r w:rsidRPr="001A16AE">
        <w:rPr>
          <w:rFonts w:eastAsia="Times New Roman" w:cs="Times New Roman"/>
          <w:bCs/>
          <w:sz w:val="24"/>
          <w:szCs w:val="24"/>
          <w:lang w:val="en-GB"/>
        </w:rPr>
        <w:t xml:space="preserve"> </w:t>
      </w:r>
      <w:r w:rsidRPr="004624CA">
        <w:rPr>
          <w:rFonts w:cs="Times New Roman"/>
          <w:sz w:val="24"/>
          <w:szCs w:val="24"/>
        </w:rPr>
        <w:t>7001 001 0141 9001</w:t>
      </w:r>
    </w:p>
    <w:p w14:paraId="4BA822B3" w14:textId="77777777" w:rsidR="001A16AE" w:rsidRDefault="001A16AE">
      <w:pPr>
        <w:spacing w:after="200"/>
        <w:rPr>
          <w:rFonts w:eastAsia="Times New Roman" w:cs="Times New Roman"/>
          <w:bCs/>
          <w:sz w:val="24"/>
          <w:szCs w:val="24"/>
          <w:lang w:val="en-GB"/>
        </w:rPr>
      </w:pPr>
      <w:r>
        <w:rPr>
          <w:rFonts w:eastAsia="Times New Roman" w:cs="Times New Roman"/>
          <w:bCs/>
          <w:sz w:val="24"/>
          <w:szCs w:val="24"/>
          <w:lang w:val="en-GB"/>
        </w:rPr>
        <w:br w:type="page"/>
      </w:r>
    </w:p>
    <w:tbl>
      <w:tblPr>
        <w:tblStyle w:val="Reatabula"/>
        <w:tblW w:w="0" w:type="auto"/>
        <w:tblInd w:w="7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2"/>
      </w:tblGrid>
      <w:tr w:rsidR="00D61362" w14:paraId="04A3E5F4" w14:textId="77777777" w:rsidTr="00D61362">
        <w:tc>
          <w:tcPr>
            <w:tcW w:w="2312" w:type="dxa"/>
            <w:vAlign w:val="bottom"/>
          </w:tcPr>
          <w:p w14:paraId="273EA02D" w14:textId="5320FAB1" w:rsidR="00D61362" w:rsidRPr="00D61362" w:rsidRDefault="00D61362" w:rsidP="00D61362">
            <w:pPr>
              <w:spacing w:after="0"/>
              <w:jc w:val="right"/>
              <w:rPr>
                <w:rFonts w:cs="Times New Roman"/>
                <w:bCs/>
                <w:sz w:val="24"/>
                <w:szCs w:val="24"/>
              </w:rPr>
            </w:pPr>
            <w:proofErr w:type="spellStart"/>
            <w:r w:rsidRPr="00D61362">
              <w:rPr>
                <w:rFonts w:cs="Times New Roman"/>
                <w:bCs/>
                <w:sz w:val="24"/>
                <w:szCs w:val="24"/>
              </w:rPr>
              <w:lastRenderedPageBreak/>
              <w:t>Pielikums</w:t>
            </w:r>
            <w:proofErr w:type="spellEnd"/>
            <w:r w:rsidRPr="00D61362">
              <w:rPr>
                <w:rFonts w:cs="Times New Roman"/>
                <w:bCs/>
                <w:sz w:val="24"/>
                <w:szCs w:val="24"/>
              </w:rPr>
              <w:t xml:space="preserve"> Nr. </w:t>
            </w:r>
            <w:r w:rsidR="004624CA">
              <w:rPr>
                <w:rFonts w:cs="Times New Roman"/>
                <w:bCs/>
                <w:sz w:val="24"/>
                <w:szCs w:val="24"/>
              </w:rPr>
              <w:t>2</w:t>
            </w:r>
          </w:p>
          <w:p w14:paraId="585D0C0B" w14:textId="23B5BC10" w:rsidR="00D61362" w:rsidRPr="00D61362" w:rsidRDefault="00D61362" w:rsidP="00D61362">
            <w:pPr>
              <w:spacing w:after="0"/>
              <w:jc w:val="right"/>
              <w:rPr>
                <w:rFonts w:cs="Times New Roman"/>
                <w:bCs/>
                <w:i/>
                <w:iCs/>
                <w:sz w:val="24"/>
                <w:szCs w:val="24"/>
              </w:rPr>
            </w:pPr>
            <w:r w:rsidRPr="00D61362">
              <w:rPr>
                <w:rFonts w:cs="Times New Roman"/>
                <w:bCs/>
                <w:i/>
                <w:iCs/>
                <w:sz w:val="24"/>
                <w:szCs w:val="24"/>
              </w:rPr>
              <w:t xml:space="preserve">pie </w:t>
            </w:r>
            <w:proofErr w:type="spellStart"/>
            <w:r w:rsidRPr="00D61362">
              <w:rPr>
                <w:rFonts w:cs="Times New Roman"/>
                <w:bCs/>
                <w:i/>
                <w:iCs/>
                <w:sz w:val="24"/>
                <w:szCs w:val="24"/>
              </w:rPr>
              <w:t>Līguma</w:t>
            </w:r>
            <w:proofErr w:type="spellEnd"/>
            <w:r w:rsidRPr="00D61362">
              <w:rPr>
                <w:rFonts w:cs="Times New Roman"/>
                <w:bCs/>
                <w:i/>
                <w:iCs/>
                <w:sz w:val="24"/>
                <w:szCs w:val="24"/>
              </w:rPr>
              <w:t xml:space="preserve"> Nr. __</w:t>
            </w:r>
          </w:p>
        </w:tc>
      </w:tr>
    </w:tbl>
    <w:p w14:paraId="319B0C31" w14:textId="035B0D27" w:rsidR="00E644B0" w:rsidRPr="002C50B6" w:rsidRDefault="00DB3176" w:rsidP="002C50B6">
      <w:pPr>
        <w:spacing w:after="0" w:line="240" w:lineRule="auto"/>
        <w:jc w:val="right"/>
        <w:rPr>
          <w:rFonts w:cs="Times New Roman"/>
          <w:sz w:val="24"/>
          <w:szCs w:val="24"/>
        </w:rPr>
      </w:pPr>
      <w:r w:rsidRPr="00D61362">
        <w:rPr>
          <w:rFonts w:cs="Times New Roman"/>
          <w:bCs/>
          <w:sz w:val="24"/>
          <w:szCs w:val="24"/>
        </w:rPr>
        <w:br/>
      </w:r>
    </w:p>
    <w:p w14:paraId="6AC724CA" w14:textId="77777777" w:rsidR="00D61362" w:rsidRDefault="00D61362" w:rsidP="002C50B6">
      <w:pPr>
        <w:spacing w:after="0" w:line="240" w:lineRule="auto"/>
        <w:jc w:val="center"/>
        <w:rPr>
          <w:rFonts w:cs="Times New Roman"/>
          <w:b/>
          <w:sz w:val="24"/>
          <w:szCs w:val="24"/>
        </w:rPr>
      </w:pPr>
    </w:p>
    <w:p w14:paraId="242F9416" w14:textId="69CFABA4" w:rsidR="00E644B0" w:rsidRDefault="00DB3176" w:rsidP="002C50B6">
      <w:pPr>
        <w:spacing w:after="0" w:line="240" w:lineRule="auto"/>
        <w:jc w:val="center"/>
        <w:rPr>
          <w:rFonts w:cs="Times New Roman"/>
          <w:b/>
          <w:sz w:val="24"/>
          <w:szCs w:val="24"/>
        </w:rPr>
      </w:pPr>
      <w:r w:rsidRPr="002C50B6">
        <w:rPr>
          <w:rFonts w:cs="Times New Roman"/>
          <w:b/>
          <w:sz w:val="24"/>
          <w:szCs w:val="24"/>
        </w:rPr>
        <w:t>PIEŅEMŠANAS</w:t>
      </w:r>
      <w:r w:rsidR="004624CA">
        <w:rPr>
          <w:rFonts w:cs="Times New Roman"/>
          <w:b/>
          <w:sz w:val="24"/>
          <w:szCs w:val="24"/>
        </w:rPr>
        <w:t xml:space="preserve"> - NODOŠANAS</w:t>
      </w:r>
      <w:r w:rsidRPr="002C50B6">
        <w:rPr>
          <w:rFonts w:cs="Times New Roman"/>
          <w:b/>
          <w:sz w:val="24"/>
          <w:szCs w:val="24"/>
        </w:rPr>
        <w:t xml:space="preserve"> AKTS</w:t>
      </w:r>
    </w:p>
    <w:p w14:paraId="600F2A0B" w14:textId="77777777" w:rsidR="00D61362" w:rsidRPr="002C50B6" w:rsidRDefault="00D61362" w:rsidP="002C50B6">
      <w:pPr>
        <w:spacing w:after="0" w:line="240" w:lineRule="auto"/>
        <w:jc w:val="center"/>
        <w:rPr>
          <w:rFonts w:cs="Times New Roman"/>
          <w:sz w:val="24"/>
          <w:szCs w:val="24"/>
        </w:rPr>
      </w:pPr>
    </w:p>
    <w:tbl>
      <w:tblPr>
        <w:tblStyle w:val="Reatabula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7"/>
        <w:gridCol w:w="4173"/>
      </w:tblGrid>
      <w:tr w:rsidR="00D61362" w:rsidRPr="002C50B6" w14:paraId="3A2D2A1E" w14:textId="77777777" w:rsidTr="007C1B06">
        <w:tc>
          <w:tcPr>
            <w:tcW w:w="5529" w:type="dxa"/>
            <w:vAlign w:val="center"/>
          </w:tcPr>
          <w:p w14:paraId="1A5B9FC6" w14:textId="77777777" w:rsidR="00D61362" w:rsidRPr="002C50B6" w:rsidRDefault="00D61362" w:rsidP="007C1B06">
            <w:pPr>
              <w:spacing w:after="0"/>
              <w:rPr>
                <w:rFonts w:eastAsia="Times New Roman" w:cs="Times New Roman"/>
                <w:bCs/>
                <w:sz w:val="24"/>
                <w:szCs w:val="24"/>
              </w:rPr>
            </w:pPr>
            <w:r w:rsidRPr="002C50B6">
              <w:rPr>
                <w:rFonts w:eastAsia="Times New Roman" w:cs="Times New Roman"/>
                <w:bCs/>
                <w:sz w:val="24"/>
                <w:szCs w:val="24"/>
              </w:rPr>
              <w:t>Madonā</w:t>
            </w:r>
          </w:p>
        </w:tc>
        <w:tc>
          <w:tcPr>
            <w:tcW w:w="4252" w:type="dxa"/>
            <w:vAlign w:val="center"/>
          </w:tcPr>
          <w:p w14:paraId="480D1D63" w14:textId="77777777" w:rsidR="00D61362" w:rsidRPr="002C50B6" w:rsidRDefault="00D61362" w:rsidP="007C1B06">
            <w:pPr>
              <w:spacing w:after="0"/>
              <w:rPr>
                <w:rFonts w:eastAsia="Times New Roman" w:cs="Times New Roman"/>
                <w:bCs/>
                <w:i/>
                <w:iCs/>
              </w:rPr>
            </w:pPr>
            <w:r w:rsidRPr="002C50B6">
              <w:rPr>
                <w:rFonts w:eastAsia="Times New Roman" w:cs="Times New Roman"/>
                <w:bCs/>
                <w:i/>
                <w:iCs/>
              </w:rPr>
              <w:t>Dokumenta datums ir tā pēdējā drošā elektroniskā paraksta laika zīmoga datums</w:t>
            </w:r>
          </w:p>
        </w:tc>
      </w:tr>
    </w:tbl>
    <w:p w14:paraId="5050D321" w14:textId="3C5169FB" w:rsidR="00E644B0" w:rsidRPr="002C50B6" w:rsidRDefault="00E644B0" w:rsidP="002C50B6">
      <w:pPr>
        <w:spacing w:after="0" w:line="240" w:lineRule="auto"/>
        <w:rPr>
          <w:rFonts w:cs="Times New Roman"/>
          <w:sz w:val="24"/>
          <w:szCs w:val="24"/>
        </w:rPr>
      </w:pPr>
    </w:p>
    <w:p w14:paraId="47C0693D" w14:textId="3E8544E3" w:rsidR="00E644B0" w:rsidRPr="002C50B6" w:rsidRDefault="004624CA" w:rsidP="004624CA">
      <w:pPr>
        <w:spacing w:after="0" w:line="240" w:lineRule="auto"/>
        <w:ind w:firstLine="567"/>
        <w:jc w:val="both"/>
        <w:rPr>
          <w:rFonts w:cs="Times New Roman"/>
          <w:sz w:val="24"/>
          <w:szCs w:val="24"/>
        </w:rPr>
      </w:pPr>
      <w:r w:rsidRPr="002C50B6">
        <w:rPr>
          <w:rFonts w:cs="Times New Roman"/>
          <w:b/>
          <w:sz w:val="24"/>
          <w:szCs w:val="24"/>
        </w:rPr>
        <w:t>Madonas novada pašvaldība</w:t>
      </w:r>
      <w:r w:rsidRPr="002C50B6">
        <w:rPr>
          <w:rFonts w:cs="Times New Roman"/>
          <w:sz w:val="24"/>
          <w:szCs w:val="24"/>
        </w:rPr>
        <w:t xml:space="preserve">, </w:t>
      </w:r>
      <w:proofErr w:type="spellStart"/>
      <w:r w:rsidRPr="002C50B6">
        <w:rPr>
          <w:rFonts w:cs="Times New Roman"/>
          <w:sz w:val="24"/>
          <w:szCs w:val="24"/>
        </w:rPr>
        <w:t>reģistrācijas</w:t>
      </w:r>
      <w:proofErr w:type="spellEnd"/>
      <w:r w:rsidRPr="002C50B6">
        <w:rPr>
          <w:rFonts w:cs="Times New Roman"/>
          <w:sz w:val="24"/>
          <w:szCs w:val="24"/>
        </w:rPr>
        <w:t xml:space="preserve"> Nr. 90000054572, </w:t>
      </w:r>
      <w:proofErr w:type="spellStart"/>
      <w:r w:rsidRPr="002C50B6">
        <w:rPr>
          <w:rFonts w:cs="Times New Roman"/>
          <w:sz w:val="24"/>
          <w:szCs w:val="24"/>
        </w:rPr>
        <w:t>adrese</w:t>
      </w:r>
      <w:proofErr w:type="spellEnd"/>
      <w:r w:rsidRPr="002C50B6">
        <w:rPr>
          <w:rFonts w:cs="Times New Roman"/>
          <w:sz w:val="24"/>
          <w:szCs w:val="24"/>
        </w:rPr>
        <w:t xml:space="preserve">: </w:t>
      </w:r>
      <w:proofErr w:type="spellStart"/>
      <w:r w:rsidRPr="002C50B6">
        <w:rPr>
          <w:rFonts w:cs="Times New Roman"/>
          <w:sz w:val="24"/>
          <w:szCs w:val="24"/>
        </w:rPr>
        <w:t>Saieta</w:t>
      </w:r>
      <w:proofErr w:type="spellEnd"/>
      <w:r w:rsidRPr="002C50B6">
        <w:rPr>
          <w:rFonts w:cs="Times New Roman"/>
          <w:sz w:val="24"/>
          <w:szCs w:val="24"/>
        </w:rPr>
        <w:t xml:space="preserve"> </w:t>
      </w:r>
      <w:proofErr w:type="spellStart"/>
      <w:r w:rsidRPr="002C50B6">
        <w:rPr>
          <w:rFonts w:cs="Times New Roman"/>
          <w:sz w:val="24"/>
          <w:szCs w:val="24"/>
        </w:rPr>
        <w:t>laukums</w:t>
      </w:r>
      <w:proofErr w:type="spellEnd"/>
      <w:r w:rsidRPr="002C50B6">
        <w:rPr>
          <w:rFonts w:cs="Times New Roman"/>
          <w:sz w:val="24"/>
          <w:szCs w:val="24"/>
        </w:rPr>
        <w:t xml:space="preserve"> 1, </w:t>
      </w:r>
      <w:proofErr w:type="spellStart"/>
      <w:r w:rsidRPr="002C50B6">
        <w:rPr>
          <w:rFonts w:cs="Times New Roman"/>
          <w:sz w:val="24"/>
          <w:szCs w:val="24"/>
        </w:rPr>
        <w:t>Madona</w:t>
      </w:r>
      <w:proofErr w:type="spellEnd"/>
      <w:r w:rsidRPr="002C50B6">
        <w:rPr>
          <w:rFonts w:cs="Times New Roman"/>
          <w:sz w:val="24"/>
          <w:szCs w:val="24"/>
        </w:rPr>
        <w:t xml:space="preserve">, Madonas </w:t>
      </w:r>
      <w:proofErr w:type="spellStart"/>
      <w:r w:rsidRPr="002C50B6">
        <w:rPr>
          <w:rFonts w:cs="Times New Roman"/>
          <w:sz w:val="24"/>
          <w:szCs w:val="24"/>
        </w:rPr>
        <w:t>novads</w:t>
      </w:r>
      <w:proofErr w:type="spellEnd"/>
      <w:r w:rsidRPr="002C50B6">
        <w:rPr>
          <w:rFonts w:cs="Times New Roman"/>
          <w:sz w:val="24"/>
          <w:szCs w:val="24"/>
        </w:rPr>
        <w:t xml:space="preserve">, LV-4801, </w:t>
      </w:r>
      <w:proofErr w:type="spellStart"/>
      <w:r w:rsidR="00DB3176" w:rsidRPr="00933C6A">
        <w:rPr>
          <w:rFonts w:cs="Times New Roman"/>
          <w:sz w:val="24"/>
          <w:szCs w:val="24"/>
        </w:rPr>
        <w:t>kuras</w:t>
      </w:r>
      <w:proofErr w:type="spellEnd"/>
      <w:r w:rsidR="00DB3176" w:rsidRPr="00933C6A">
        <w:rPr>
          <w:rFonts w:cs="Times New Roman"/>
          <w:sz w:val="24"/>
          <w:szCs w:val="24"/>
        </w:rPr>
        <w:t xml:space="preserve"> </w:t>
      </w:r>
      <w:proofErr w:type="spellStart"/>
      <w:r w:rsidR="00DB3176" w:rsidRPr="00933C6A">
        <w:rPr>
          <w:rFonts w:cs="Times New Roman"/>
          <w:sz w:val="24"/>
          <w:szCs w:val="24"/>
        </w:rPr>
        <w:t>vārdā</w:t>
      </w:r>
      <w:proofErr w:type="spellEnd"/>
      <w:r w:rsidR="00DB3176" w:rsidRPr="00933C6A">
        <w:rPr>
          <w:rFonts w:cs="Times New Roman"/>
          <w:sz w:val="24"/>
          <w:szCs w:val="24"/>
        </w:rPr>
        <w:t xml:space="preserve"> </w:t>
      </w:r>
      <w:proofErr w:type="spellStart"/>
      <w:r w:rsidR="00DB3176" w:rsidRPr="00933C6A">
        <w:rPr>
          <w:rFonts w:cs="Times New Roman"/>
          <w:sz w:val="24"/>
          <w:szCs w:val="24"/>
        </w:rPr>
        <w:t>saskaņā</w:t>
      </w:r>
      <w:proofErr w:type="spellEnd"/>
      <w:r w:rsidR="00DB3176" w:rsidRPr="00933C6A">
        <w:rPr>
          <w:rFonts w:cs="Times New Roman"/>
          <w:sz w:val="24"/>
          <w:szCs w:val="24"/>
        </w:rPr>
        <w:t xml:space="preserve"> </w:t>
      </w:r>
      <w:proofErr w:type="spellStart"/>
      <w:r w:rsidR="00DB3176" w:rsidRPr="00933C6A">
        <w:rPr>
          <w:rFonts w:cs="Times New Roman"/>
          <w:sz w:val="24"/>
          <w:szCs w:val="24"/>
        </w:rPr>
        <w:t>ar</w:t>
      </w:r>
      <w:proofErr w:type="spellEnd"/>
      <w:r w:rsidR="00DB3176" w:rsidRPr="00933C6A">
        <w:rPr>
          <w:rFonts w:cs="Times New Roman"/>
          <w:sz w:val="24"/>
          <w:szCs w:val="24"/>
        </w:rPr>
        <w:t xml:space="preserve"> </w:t>
      </w:r>
      <w:proofErr w:type="spellStart"/>
      <w:r w:rsidR="00DB3176" w:rsidRPr="00933C6A">
        <w:rPr>
          <w:rFonts w:cs="Times New Roman"/>
          <w:sz w:val="24"/>
          <w:szCs w:val="24"/>
        </w:rPr>
        <w:t>Pašvaldību</w:t>
      </w:r>
      <w:proofErr w:type="spellEnd"/>
      <w:r w:rsidR="00DB3176" w:rsidRPr="00933C6A">
        <w:rPr>
          <w:rFonts w:cs="Times New Roman"/>
          <w:sz w:val="24"/>
          <w:szCs w:val="24"/>
        </w:rPr>
        <w:t xml:space="preserve"> </w:t>
      </w:r>
      <w:proofErr w:type="spellStart"/>
      <w:r w:rsidR="00DB3176" w:rsidRPr="00933C6A">
        <w:rPr>
          <w:rFonts w:cs="Times New Roman"/>
          <w:sz w:val="24"/>
          <w:szCs w:val="24"/>
        </w:rPr>
        <w:t>likumu</w:t>
      </w:r>
      <w:proofErr w:type="spellEnd"/>
      <w:r w:rsidR="00DB3176" w:rsidRPr="00933C6A">
        <w:rPr>
          <w:rFonts w:cs="Times New Roman"/>
          <w:sz w:val="24"/>
          <w:szCs w:val="24"/>
        </w:rPr>
        <w:t xml:space="preserve"> un Madonas novada </w:t>
      </w:r>
      <w:proofErr w:type="spellStart"/>
      <w:r w:rsidR="00DB3176" w:rsidRPr="00933C6A">
        <w:rPr>
          <w:rFonts w:cs="Times New Roman"/>
          <w:sz w:val="24"/>
          <w:szCs w:val="24"/>
        </w:rPr>
        <w:t>pašvaldības</w:t>
      </w:r>
      <w:proofErr w:type="spellEnd"/>
      <w:r w:rsidR="00DB3176" w:rsidRPr="00933C6A">
        <w:rPr>
          <w:rFonts w:cs="Times New Roman"/>
          <w:sz w:val="24"/>
          <w:szCs w:val="24"/>
        </w:rPr>
        <w:t xml:space="preserve"> </w:t>
      </w:r>
      <w:proofErr w:type="spellStart"/>
      <w:r w:rsidR="00DB3176" w:rsidRPr="00933C6A">
        <w:rPr>
          <w:rFonts w:cs="Times New Roman"/>
          <w:sz w:val="24"/>
          <w:szCs w:val="24"/>
        </w:rPr>
        <w:t>saistošajiem</w:t>
      </w:r>
      <w:proofErr w:type="spellEnd"/>
      <w:r w:rsidR="00DB3176" w:rsidRPr="00933C6A">
        <w:rPr>
          <w:rFonts w:cs="Times New Roman"/>
          <w:sz w:val="24"/>
          <w:szCs w:val="24"/>
        </w:rPr>
        <w:t xml:space="preserve"> </w:t>
      </w:r>
      <w:proofErr w:type="spellStart"/>
      <w:r w:rsidR="00DB3176" w:rsidRPr="00933C6A">
        <w:rPr>
          <w:rFonts w:cs="Times New Roman"/>
          <w:sz w:val="24"/>
          <w:szCs w:val="24"/>
        </w:rPr>
        <w:t>noteikumiem</w:t>
      </w:r>
      <w:proofErr w:type="spellEnd"/>
      <w:r w:rsidR="00DB3176" w:rsidRPr="00933C6A">
        <w:rPr>
          <w:rFonts w:cs="Times New Roman"/>
          <w:sz w:val="24"/>
          <w:szCs w:val="24"/>
        </w:rPr>
        <w:t xml:space="preserve"> Nr. 1 “Madonas novada </w:t>
      </w:r>
      <w:proofErr w:type="spellStart"/>
      <w:r w:rsidR="00DB3176" w:rsidRPr="00933C6A">
        <w:rPr>
          <w:rFonts w:cs="Times New Roman"/>
          <w:sz w:val="24"/>
          <w:szCs w:val="24"/>
        </w:rPr>
        <w:t>pašvaldības</w:t>
      </w:r>
      <w:proofErr w:type="spellEnd"/>
      <w:r w:rsidR="00DB3176" w:rsidRPr="00933C6A">
        <w:rPr>
          <w:rFonts w:cs="Times New Roman"/>
          <w:sz w:val="24"/>
          <w:szCs w:val="24"/>
        </w:rPr>
        <w:t xml:space="preserve"> </w:t>
      </w:r>
      <w:proofErr w:type="spellStart"/>
      <w:r w:rsidR="00DB3176" w:rsidRPr="00933C6A">
        <w:rPr>
          <w:rFonts w:cs="Times New Roman"/>
          <w:sz w:val="24"/>
          <w:szCs w:val="24"/>
        </w:rPr>
        <w:t>nolikums</w:t>
      </w:r>
      <w:proofErr w:type="spellEnd"/>
      <w:r w:rsidR="00DB3176" w:rsidRPr="00933C6A">
        <w:rPr>
          <w:rFonts w:cs="Times New Roman"/>
          <w:sz w:val="24"/>
          <w:szCs w:val="24"/>
        </w:rPr>
        <w:t xml:space="preserve">” </w:t>
      </w:r>
      <w:proofErr w:type="spellStart"/>
      <w:r w:rsidR="00DB3176" w:rsidRPr="00933C6A">
        <w:rPr>
          <w:rFonts w:cs="Times New Roman"/>
          <w:sz w:val="24"/>
          <w:szCs w:val="24"/>
        </w:rPr>
        <w:t>darbojas</w:t>
      </w:r>
      <w:proofErr w:type="spellEnd"/>
      <w:r w:rsidR="00DB3176" w:rsidRPr="00933C6A">
        <w:rPr>
          <w:rFonts w:cs="Times New Roman"/>
          <w:sz w:val="24"/>
          <w:szCs w:val="24"/>
        </w:rPr>
        <w:t xml:space="preserve"> </w:t>
      </w:r>
      <w:proofErr w:type="spellStart"/>
      <w:r w:rsidR="00DB3176" w:rsidRPr="00933C6A">
        <w:rPr>
          <w:rFonts w:cs="Times New Roman"/>
          <w:sz w:val="24"/>
          <w:szCs w:val="24"/>
        </w:rPr>
        <w:t>pašvaldības</w:t>
      </w:r>
      <w:proofErr w:type="spellEnd"/>
      <w:r w:rsidR="00DB3176" w:rsidRPr="00933C6A">
        <w:rPr>
          <w:rFonts w:cs="Times New Roman"/>
          <w:sz w:val="24"/>
          <w:szCs w:val="24"/>
        </w:rPr>
        <w:t xml:space="preserve"> </w:t>
      </w:r>
      <w:proofErr w:type="spellStart"/>
      <w:r w:rsidR="00DB3176" w:rsidRPr="00933C6A">
        <w:rPr>
          <w:rFonts w:cs="Times New Roman"/>
          <w:sz w:val="24"/>
          <w:szCs w:val="24"/>
        </w:rPr>
        <w:t>izpilddirektors</w:t>
      </w:r>
      <w:proofErr w:type="spellEnd"/>
      <w:r w:rsidR="00DB3176" w:rsidRPr="00933C6A">
        <w:rPr>
          <w:rFonts w:cs="Times New Roman"/>
          <w:sz w:val="24"/>
          <w:szCs w:val="24"/>
        </w:rPr>
        <w:t xml:space="preserve"> Uģis </w:t>
      </w:r>
      <w:r w:rsidR="00DB3176">
        <w:rPr>
          <w:rFonts w:cs="Times New Roman"/>
          <w:sz w:val="24"/>
          <w:szCs w:val="24"/>
        </w:rPr>
        <w:t>Fjodorovs</w:t>
      </w:r>
      <w:r w:rsidRPr="002C50B6">
        <w:rPr>
          <w:rFonts w:cs="Times New Roman"/>
          <w:sz w:val="24"/>
          <w:szCs w:val="24"/>
        </w:rPr>
        <w:t xml:space="preserve">, </w:t>
      </w:r>
      <w:proofErr w:type="spellStart"/>
      <w:r w:rsidRPr="002C50B6">
        <w:rPr>
          <w:rFonts w:cs="Times New Roman"/>
          <w:sz w:val="24"/>
          <w:szCs w:val="24"/>
        </w:rPr>
        <w:t>turpmāk</w:t>
      </w:r>
      <w:proofErr w:type="spellEnd"/>
      <w:r w:rsidRPr="002C50B6">
        <w:rPr>
          <w:rFonts w:cs="Times New Roman"/>
          <w:sz w:val="24"/>
          <w:szCs w:val="24"/>
        </w:rPr>
        <w:t xml:space="preserve"> </w:t>
      </w:r>
      <w:proofErr w:type="spellStart"/>
      <w:r w:rsidRPr="002C50B6">
        <w:rPr>
          <w:rFonts w:cs="Times New Roman"/>
          <w:sz w:val="24"/>
          <w:szCs w:val="24"/>
        </w:rPr>
        <w:t>tekstā</w:t>
      </w:r>
      <w:proofErr w:type="spellEnd"/>
      <w:r w:rsidRPr="002C50B6">
        <w:rPr>
          <w:rFonts w:cs="Times New Roman"/>
          <w:sz w:val="24"/>
          <w:szCs w:val="24"/>
        </w:rPr>
        <w:t xml:space="preserve"> – Pašvaldība, no </w:t>
      </w:r>
      <w:proofErr w:type="spellStart"/>
      <w:r w:rsidRPr="002C50B6">
        <w:rPr>
          <w:rFonts w:cs="Times New Roman"/>
          <w:sz w:val="24"/>
          <w:szCs w:val="24"/>
        </w:rPr>
        <w:t>vienas</w:t>
      </w:r>
      <w:proofErr w:type="spellEnd"/>
      <w:r w:rsidRPr="002C50B6">
        <w:rPr>
          <w:rFonts w:cs="Times New Roman"/>
          <w:sz w:val="24"/>
          <w:szCs w:val="24"/>
        </w:rPr>
        <w:t xml:space="preserve"> </w:t>
      </w:r>
      <w:proofErr w:type="spellStart"/>
      <w:r w:rsidRPr="002C50B6">
        <w:rPr>
          <w:rFonts w:cs="Times New Roman"/>
          <w:sz w:val="24"/>
          <w:szCs w:val="24"/>
        </w:rPr>
        <w:t>puses</w:t>
      </w:r>
      <w:proofErr w:type="spellEnd"/>
      <w:r w:rsidRPr="002C50B6">
        <w:rPr>
          <w:rFonts w:cs="Times New Roman"/>
          <w:sz w:val="24"/>
          <w:szCs w:val="24"/>
        </w:rPr>
        <w:t>, un</w:t>
      </w:r>
    </w:p>
    <w:p w14:paraId="3B92113E" w14:textId="22FA5FEE" w:rsidR="00E644B0" w:rsidRPr="002C50B6" w:rsidRDefault="00DB3176" w:rsidP="004624CA">
      <w:pPr>
        <w:spacing w:before="240" w:after="0" w:line="240" w:lineRule="auto"/>
        <w:ind w:firstLine="567"/>
        <w:jc w:val="both"/>
        <w:rPr>
          <w:rFonts w:cs="Times New Roman"/>
          <w:sz w:val="24"/>
          <w:szCs w:val="24"/>
        </w:rPr>
      </w:pPr>
      <w:r w:rsidRPr="00D61362">
        <w:rPr>
          <w:rFonts w:cs="Times New Roman"/>
          <w:b/>
          <w:bCs/>
          <w:sz w:val="24"/>
          <w:szCs w:val="24"/>
        </w:rPr>
        <w:t>Sociālais uzņēmums SIA "EVO Group"</w:t>
      </w:r>
      <w:r w:rsidRPr="002C50B6">
        <w:rPr>
          <w:rFonts w:cs="Times New Roman"/>
          <w:sz w:val="24"/>
          <w:szCs w:val="24"/>
        </w:rPr>
        <w:t xml:space="preserve">, reģistrācijas Nr. 40203361341, </w:t>
      </w:r>
      <w:proofErr w:type="spellStart"/>
      <w:r w:rsidRPr="002C50B6">
        <w:rPr>
          <w:rFonts w:cs="Times New Roman"/>
          <w:sz w:val="24"/>
          <w:szCs w:val="24"/>
        </w:rPr>
        <w:t>juridiskā</w:t>
      </w:r>
      <w:proofErr w:type="spellEnd"/>
      <w:r w:rsidRPr="002C50B6">
        <w:rPr>
          <w:rFonts w:cs="Times New Roman"/>
          <w:sz w:val="24"/>
          <w:szCs w:val="24"/>
        </w:rPr>
        <w:t xml:space="preserve"> </w:t>
      </w:r>
      <w:proofErr w:type="spellStart"/>
      <w:r w:rsidRPr="002C50B6">
        <w:rPr>
          <w:rFonts w:cs="Times New Roman"/>
          <w:sz w:val="24"/>
          <w:szCs w:val="24"/>
        </w:rPr>
        <w:t>adrese</w:t>
      </w:r>
      <w:proofErr w:type="spellEnd"/>
      <w:r w:rsidRPr="002C50B6">
        <w:rPr>
          <w:rFonts w:cs="Times New Roman"/>
          <w:sz w:val="24"/>
          <w:szCs w:val="24"/>
        </w:rPr>
        <w:t xml:space="preserve">: </w:t>
      </w:r>
      <w:proofErr w:type="spellStart"/>
      <w:r w:rsidRPr="002C50B6">
        <w:rPr>
          <w:rFonts w:cs="Times New Roman"/>
          <w:sz w:val="24"/>
          <w:szCs w:val="24"/>
        </w:rPr>
        <w:t>Avotkalnu</w:t>
      </w:r>
      <w:proofErr w:type="spellEnd"/>
      <w:r w:rsidRPr="002C50B6">
        <w:rPr>
          <w:rFonts w:cs="Times New Roman"/>
          <w:sz w:val="24"/>
          <w:szCs w:val="24"/>
        </w:rPr>
        <w:t xml:space="preserve"> </w:t>
      </w:r>
      <w:proofErr w:type="spellStart"/>
      <w:r w:rsidRPr="002C50B6">
        <w:rPr>
          <w:rFonts w:cs="Times New Roman"/>
          <w:sz w:val="24"/>
          <w:szCs w:val="24"/>
        </w:rPr>
        <w:t>iela</w:t>
      </w:r>
      <w:proofErr w:type="spellEnd"/>
      <w:r w:rsidRPr="002C50B6">
        <w:rPr>
          <w:rFonts w:cs="Times New Roman"/>
          <w:sz w:val="24"/>
          <w:szCs w:val="24"/>
        </w:rPr>
        <w:t xml:space="preserve"> 13, </w:t>
      </w:r>
      <w:proofErr w:type="spellStart"/>
      <w:r w:rsidRPr="002C50B6">
        <w:rPr>
          <w:rFonts w:cs="Times New Roman"/>
          <w:sz w:val="24"/>
          <w:szCs w:val="24"/>
        </w:rPr>
        <w:t>Inčukalns</w:t>
      </w:r>
      <w:proofErr w:type="spellEnd"/>
      <w:r w:rsidRPr="002C50B6">
        <w:rPr>
          <w:rFonts w:cs="Times New Roman"/>
          <w:sz w:val="24"/>
          <w:szCs w:val="24"/>
        </w:rPr>
        <w:t xml:space="preserve">, </w:t>
      </w:r>
      <w:proofErr w:type="spellStart"/>
      <w:r w:rsidRPr="002C50B6">
        <w:rPr>
          <w:rFonts w:cs="Times New Roman"/>
          <w:sz w:val="24"/>
          <w:szCs w:val="24"/>
        </w:rPr>
        <w:t>Inčukalna</w:t>
      </w:r>
      <w:proofErr w:type="spellEnd"/>
      <w:r w:rsidRPr="002C50B6">
        <w:rPr>
          <w:rFonts w:cs="Times New Roman"/>
          <w:sz w:val="24"/>
          <w:szCs w:val="24"/>
        </w:rPr>
        <w:t xml:space="preserve"> </w:t>
      </w:r>
      <w:proofErr w:type="spellStart"/>
      <w:r w:rsidRPr="002C50B6">
        <w:rPr>
          <w:rFonts w:cs="Times New Roman"/>
          <w:sz w:val="24"/>
          <w:szCs w:val="24"/>
        </w:rPr>
        <w:t>pag</w:t>
      </w:r>
      <w:proofErr w:type="spellEnd"/>
      <w:r w:rsidR="001A16AE">
        <w:rPr>
          <w:rFonts w:cs="Times New Roman"/>
          <w:sz w:val="24"/>
          <w:szCs w:val="24"/>
        </w:rPr>
        <w:t>.</w:t>
      </w:r>
      <w:r w:rsidRPr="002C50B6">
        <w:rPr>
          <w:rFonts w:cs="Times New Roman"/>
          <w:sz w:val="24"/>
          <w:szCs w:val="24"/>
        </w:rPr>
        <w:t xml:space="preserve">, </w:t>
      </w:r>
      <w:proofErr w:type="spellStart"/>
      <w:r w:rsidRPr="002C50B6">
        <w:rPr>
          <w:rFonts w:cs="Times New Roman"/>
          <w:sz w:val="24"/>
          <w:szCs w:val="24"/>
        </w:rPr>
        <w:t>Siguldas</w:t>
      </w:r>
      <w:proofErr w:type="spellEnd"/>
      <w:r w:rsidRPr="002C50B6">
        <w:rPr>
          <w:rFonts w:cs="Times New Roman"/>
          <w:sz w:val="24"/>
          <w:szCs w:val="24"/>
        </w:rPr>
        <w:t xml:space="preserve"> </w:t>
      </w:r>
      <w:proofErr w:type="spellStart"/>
      <w:r w:rsidRPr="002C50B6">
        <w:rPr>
          <w:rFonts w:cs="Times New Roman"/>
          <w:sz w:val="24"/>
          <w:szCs w:val="24"/>
        </w:rPr>
        <w:t>nov</w:t>
      </w:r>
      <w:r w:rsidR="001A16AE">
        <w:rPr>
          <w:rFonts w:cs="Times New Roman"/>
          <w:sz w:val="24"/>
          <w:szCs w:val="24"/>
        </w:rPr>
        <w:t>.</w:t>
      </w:r>
      <w:proofErr w:type="spellEnd"/>
      <w:r w:rsidRPr="002C50B6">
        <w:rPr>
          <w:rFonts w:cs="Times New Roman"/>
          <w:sz w:val="24"/>
          <w:szCs w:val="24"/>
        </w:rPr>
        <w:t xml:space="preserve">, LV-2141, kuru </w:t>
      </w:r>
      <w:proofErr w:type="spellStart"/>
      <w:r w:rsidRPr="002C50B6">
        <w:rPr>
          <w:rFonts w:cs="Times New Roman"/>
          <w:sz w:val="24"/>
          <w:szCs w:val="24"/>
        </w:rPr>
        <w:t>pārstāv</w:t>
      </w:r>
      <w:proofErr w:type="spellEnd"/>
      <w:r w:rsidRPr="002C50B6">
        <w:rPr>
          <w:rFonts w:cs="Times New Roman"/>
          <w:sz w:val="24"/>
          <w:szCs w:val="24"/>
        </w:rPr>
        <w:t xml:space="preserve"> </w:t>
      </w:r>
      <w:proofErr w:type="spellStart"/>
      <w:r w:rsidRPr="002C50B6">
        <w:rPr>
          <w:rFonts w:cs="Times New Roman"/>
          <w:sz w:val="24"/>
          <w:szCs w:val="24"/>
        </w:rPr>
        <w:t>tās</w:t>
      </w:r>
      <w:proofErr w:type="spellEnd"/>
      <w:r w:rsidRPr="002C50B6">
        <w:rPr>
          <w:rFonts w:cs="Times New Roman"/>
          <w:sz w:val="24"/>
          <w:szCs w:val="24"/>
        </w:rPr>
        <w:t xml:space="preserve"> </w:t>
      </w:r>
      <w:proofErr w:type="spellStart"/>
      <w:r w:rsidRPr="002C50B6">
        <w:rPr>
          <w:rFonts w:cs="Times New Roman"/>
          <w:sz w:val="24"/>
          <w:szCs w:val="24"/>
        </w:rPr>
        <w:t>valdes</w:t>
      </w:r>
      <w:proofErr w:type="spellEnd"/>
      <w:r w:rsidRPr="002C50B6">
        <w:rPr>
          <w:rFonts w:cs="Times New Roman"/>
          <w:sz w:val="24"/>
          <w:szCs w:val="24"/>
        </w:rPr>
        <w:t xml:space="preserve"> </w:t>
      </w:r>
      <w:proofErr w:type="spellStart"/>
      <w:r w:rsidRPr="002C50B6">
        <w:rPr>
          <w:rFonts w:cs="Times New Roman"/>
          <w:sz w:val="24"/>
          <w:szCs w:val="24"/>
        </w:rPr>
        <w:t>priekšsēdētāja</w:t>
      </w:r>
      <w:proofErr w:type="spellEnd"/>
      <w:r w:rsidRPr="002C50B6">
        <w:rPr>
          <w:rFonts w:cs="Times New Roman"/>
          <w:sz w:val="24"/>
          <w:szCs w:val="24"/>
        </w:rPr>
        <w:t xml:space="preserve"> Linda </w:t>
      </w:r>
      <w:proofErr w:type="spellStart"/>
      <w:r w:rsidRPr="002C50B6">
        <w:rPr>
          <w:rFonts w:cs="Times New Roman"/>
          <w:sz w:val="24"/>
          <w:szCs w:val="24"/>
        </w:rPr>
        <w:t>Liepiņa</w:t>
      </w:r>
      <w:proofErr w:type="spellEnd"/>
      <w:r w:rsidRPr="002C50B6">
        <w:rPr>
          <w:rFonts w:cs="Times New Roman"/>
          <w:sz w:val="24"/>
          <w:szCs w:val="24"/>
        </w:rPr>
        <w:t xml:space="preserve">, </w:t>
      </w:r>
      <w:proofErr w:type="spellStart"/>
      <w:r w:rsidRPr="002C50B6">
        <w:rPr>
          <w:rFonts w:cs="Times New Roman"/>
          <w:sz w:val="24"/>
          <w:szCs w:val="24"/>
        </w:rPr>
        <w:t>turpmāk</w:t>
      </w:r>
      <w:proofErr w:type="spellEnd"/>
      <w:r w:rsidRPr="002C50B6">
        <w:rPr>
          <w:rFonts w:cs="Times New Roman"/>
          <w:sz w:val="24"/>
          <w:szCs w:val="24"/>
        </w:rPr>
        <w:t xml:space="preserve"> </w:t>
      </w:r>
      <w:proofErr w:type="spellStart"/>
      <w:r w:rsidRPr="002C50B6">
        <w:rPr>
          <w:rFonts w:cs="Times New Roman"/>
          <w:sz w:val="24"/>
          <w:szCs w:val="24"/>
        </w:rPr>
        <w:t>tekstā</w:t>
      </w:r>
      <w:proofErr w:type="spellEnd"/>
      <w:r w:rsidRPr="002C50B6">
        <w:rPr>
          <w:rFonts w:cs="Times New Roman"/>
          <w:sz w:val="24"/>
          <w:szCs w:val="24"/>
        </w:rPr>
        <w:t xml:space="preserve"> – </w:t>
      </w:r>
      <w:proofErr w:type="spellStart"/>
      <w:r w:rsidRPr="002C50B6">
        <w:rPr>
          <w:rFonts w:cs="Times New Roman"/>
          <w:sz w:val="24"/>
          <w:szCs w:val="24"/>
        </w:rPr>
        <w:t>Lietotājs</w:t>
      </w:r>
      <w:proofErr w:type="spellEnd"/>
      <w:r w:rsidRPr="002C50B6">
        <w:rPr>
          <w:rFonts w:cs="Times New Roman"/>
          <w:sz w:val="24"/>
          <w:szCs w:val="24"/>
        </w:rPr>
        <w:t xml:space="preserve">, no </w:t>
      </w:r>
      <w:proofErr w:type="spellStart"/>
      <w:r w:rsidRPr="002C50B6">
        <w:rPr>
          <w:rFonts w:cs="Times New Roman"/>
          <w:sz w:val="24"/>
          <w:szCs w:val="24"/>
        </w:rPr>
        <w:t>otrās</w:t>
      </w:r>
      <w:proofErr w:type="spellEnd"/>
      <w:r w:rsidRPr="002C50B6">
        <w:rPr>
          <w:rFonts w:cs="Times New Roman"/>
          <w:sz w:val="24"/>
          <w:szCs w:val="24"/>
        </w:rPr>
        <w:t xml:space="preserve"> </w:t>
      </w:r>
      <w:proofErr w:type="spellStart"/>
      <w:r w:rsidRPr="002C50B6">
        <w:rPr>
          <w:rFonts w:cs="Times New Roman"/>
          <w:sz w:val="24"/>
          <w:szCs w:val="24"/>
        </w:rPr>
        <w:t>puses</w:t>
      </w:r>
      <w:proofErr w:type="spellEnd"/>
      <w:r w:rsidRPr="002C50B6">
        <w:rPr>
          <w:rFonts w:cs="Times New Roman"/>
          <w:sz w:val="24"/>
          <w:szCs w:val="24"/>
        </w:rPr>
        <w:t>,</w:t>
      </w:r>
    </w:p>
    <w:p w14:paraId="6DAC4752" w14:textId="31F34AEA" w:rsidR="00E644B0" w:rsidRPr="002C50B6" w:rsidRDefault="00DB3176" w:rsidP="004624CA">
      <w:pPr>
        <w:spacing w:before="240" w:after="0" w:line="240" w:lineRule="auto"/>
        <w:jc w:val="both"/>
        <w:rPr>
          <w:rFonts w:cs="Times New Roman"/>
          <w:sz w:val="24"/>
          <w:szCs w:val="24"/>
        </w:rPr>
      </w:pPr>
      <w:proofErr w:type="spellStart"/>
      <w:r w:rsidRPr="002C50B6">
        <w:rPr>
          <w:rFonts w:cs="Times New Roman"/>
          <w:sz w:val="24"/>
          <w:szCs w:val="24"/>
        </w:rPr>
        <w:t>saskaņā</w:t>
      </w:r>
      <w:proofErr w:type="spellEnd"/>
      <w:r w:rsidRPr="002C50B6">
        <w:rPr>
          <w:rFonts w:cs="Times New Roman"/>
          <w:sz w:val="24"/>
          <w:szCs w:val="24"/>
        </w:rPr>
        <w:t xml:space="preserve"> </w:t>
      </w:r>
      <w:proofErr w:type="spellStart"/>
      <w:r w:rsidRPr="002C50B6">
        <w:rPr>
          <w:rFonts w:cs="Times New Roman"/>
          <w:sz w:val="24"/>
          <w:szCs w:val="24"/>
        </w:rPr>
        <w:t>ar</w:t>
      </w:r>
      <w:proofErr w:type="spellEnd"/>
      <w:r w:rsidRPr="002C50B6">
        <w:rPr>
          <w:rFonts w:cs="Times New Roman"/>
          <w:sz w:val="24"/>
          <w:szCs w:val="24"/>
        </w:rPr>
        <w:t xml:space="preserve"> </w:t>
      </w:r>
      <w:proofErr w:type="spellStart"/>
      <w:r w:rsidRPr="002C50B6">
        <w:rPr>
          <w:rFonts w:cs="Times New Roman"/>
          <w:sz w:val="24"/>
          <w:szCs w:val="24"/>
        </w:rPr>
        <w:t>Pušu</w:t>
      </w:r>
      <w:proofErr w:type="spellEnd"/>
      <w:r w:rsidRPr="002C50B6">
        <w:rPr>
          <w:rFonts w:cs="Times New Roman"/>
          <w:sz w:val="24"/>
          <w:szCs w:val="24"/>
        </w:rPr>
        <w:t xml:space="preserve"> </w:t>
      </w:r>
      <w:proofErr w:type="spellStart"/>
      <w:r w:rsidRPr="002C50B6">
        <w:rPr>
          <w:rFonts w:cs="Times New Roman"/>
          <w:sz w:val="24"/>
          <w:szCs w:val="24"/>
        </w:rPr>
        <w:t>noslēgto</w:t>
      </w:r>
      <w:proofErr w:type="spellEnd"/>
      <w:r w:rsidRPr="002C50B6">
        <w:rPr>
          <w:rFonts w:cs="Times New Roman"/>
          <w:sz w:val="24"/>
          <w:szCs w:val="24"/>
        </w:rPr>
        <w:t xml:space="preserve"> </w:t>
      </w:r>
      <w:proofErr w:type="spellStart"/>
      <w:r w:rsidRPr="002C50B6">
        <w:rPr>
          <w:rFonts w:cs="Times New Roman"/>
          <w:sz w:val="24"/>
          <w:szCs w:val="24"/>
        </w:rPr>
        <w:t>Līgumu</w:t>
      </w:r>
      <w:proofErr w:type="spellEnd"/>
      <w:r w:rsidRPr="002C50B6">
        <w:rPr>
          <w:rFonts w:cs="Times New Roman"/>
          <w:sz w:val="24"/>
          <w:szCs w:val="24"/>
        </w:rPr>
        <w:t xml:space="preserve"> </w:t>
      </w:r>
      <w:r w:rsidR="004624CA">
        <w:rPr>
          <w:rFonts w:cs="Times New Roman"/>
          <w:sz w:val="24"/>
          <w:szCs w:val="24"/>
        </w:rPr>
        <w:t xml:space="preserve">Nr. ____ </w:t>
      </w:r>
      <w:r w:rsidRPr="002C50B6">
        <w:rPr>
          <w:rFonts w:cs="Times New Roman"/>
          <w:sz w:val="24"/>
          <w:szCs w:val="24"/>
        </w:rPr>
        <w:t xml:space="preserve">par </w:t>
      </w:r>
      <w:proofErr w:type="spellStart"/>
      <w:r w:rsidRPr="002C50B6">
        <w:rPr>
          <w:rFonts w:cs="Times New Roman"/>
          <w:sz w:val="24"/>
          <w:szCs w:val="24"/>
        </w:rPr>
        <w:t>telpu</w:t>
      </w:r>
      <w:proofErr w:type="spellEnd"/>
      <w:r w:rsidRPr="002C50B6">
        <w:rPr>
          <w:rFonts w:cs="Times New Roman"/>
          <w:sz w:val="24"/>
          <w:szCs w:val="24"/>
        </w:rPr>
        <w:t xml:space="preserve"> Madonas </w:t>
      </w:r>
      <w:proofErr w:type="spellStart"/>
      <w:r w:rsidRPr="002C50B6">
        <w:rPr>
          <w:rFonts w:cs="Times New Roman"/>
          <w:sz w:val="24"/>
          <w:szCs w:val="24"/>
        </w:rPr>
        <w:t>pilsētas</w:t>
      </w:r>
      <w:proofErr w:type="spellEnd"/>
      <w:r w:rsidRPr="002C50B6">
        <w:rPr>
          <w:rFonts w:cs="Times New Roman"/>
          <w:sz w:val="24"/>
          <w:szCs w:val="24"/>
        </w:rPr>
        <w:t xml:space="preserve"> </w:t>
      </w:r>
      <w:proofErr w:type="spellStart"/>
      <w:r w:rsidRPr="002C50B6">
        <w:rPr>
          <w:rFonts w:cs="Times New Roman"/>
          <w:sz w:val="24"/>
          <w:szCs w:val="24"/>
        </w:rPr>
        <w:t>pirmsskolas</w:t>
      </w:r>
      <w:proofErr w:type="spellEnd"/>
      <w:r w:rsidRPr="002C50B6">
        <w:rPr>
          <w:rFonts w:cs="Times New Roman"/>
          <w:sz w:val="24"/>
          <w:szCs w:val="24"/>
        </w:rPr>
        <w:t xml:space="preserve"> izglītības iestādē "Priedīte" Valmieras ielā 17, Madonā, nodošanu bezatlīdzības lietošanā, sastāda šo aktu par sekojošo:</w:t>
      </w:r>
    </w:p>
    <w:p w14:paraId="0538FFCA" w14:textId="02F0D6D4" w:rsidR="00E644B0" w:rsidRPr="004624CA" w:rsidRDefault="00DB3176" w:rsidP="00322741">
      <w:pPr>
        <w:pStyle w:val="Sarakstarindkopa"/>
        <w:numPr>
          <w:ilvl w:val="0"/>
          <w:numId w:val="13"/>
        </w:numPr>
        <w:spacing w:before="240" w:after="0" w:line="240" w:lineRule="auto"/>
        <w:jc w:val="both"/>
        <w:rPr>
          <w:rFonts w:cs="Times New Roman"/>
          <w:sz w:val="24"/>
          <w:szCs w:val="24"/>
        </w:rPr>
      </w:pPr>
      <w:r w:rsidRPr="004624CA">
        <w:rPr>
          <w:rFonts w:cs="Times New Roman"/>
          <w:sz w:val="24"/>
          <w:szCs w:val="24"/>
        </w:rPr>
        <w:t xml:space="preserve">Pašvaldība </w:t>
      </w:r>
      <w:proofErr w:type="spellStart"/>
      <w:r w:rsidRPr="004624CA">
        <w:rPr>
          <w:rFonts w:cs="Times New Roman"/>
          <w:sz w:val="24"/>
          <w:szCs w:val="24"/>
        </w:rPr>
        <w:t>nodod</w:t>
      </w:r>
      <w:proofErr w:type="spellEnd"/>
      <w:r w:rsidRPr="004624CA">
        <w:rPr>
          <w:rFonts w:cs="Times New Roman"/>
          <w:sz w:val="24"/>
          <w:szCs w:val="24"/>
        </w:rPr>
        <w:t xml:space="preserve"> un </w:t>
      </w:r>
      <w:proofErr w:type="spellStart"/>
      <w:r w:rsidRPr="004624CA">
        <w:rPr>
          <w:rFonts w:cs="Times New Roman"/>
          <w:sz w:val="24"/>
          <w:szCs w:val="24"/>
        </w:rPr>
        <w:t>Lietotājs</w:t>
      </w:r>
      <w:proofErr w:type="spellEnd"/>
      <w:r w:rsidRPr="004624CA">
        <w:rPr>
          <w:rFonts w:cs="Times New Roman"/>
          <w:sz w:val="24"/>
          <w:szCs w:val="24"/>
        </w:rPr>
        <w:t xml:space="preserve"> </w:t>
      </w:r>
      <w:proofErr w:type="spellStart"/>
      <w:r w:rsidRPr="004624CA">
        <w:rPr>
          <w:rFonts w:cs="Times New Roman"/>
          <w:sz w:val="24"/>
          <w:szCs w:val="24"/>
        </w:rPr>
        <w:t>pieņem</w:t>
      </w:r>
      <w:proofErr w:type="spellEnd"/>
      <w:r w:rsidRPr="004624CA">
        <w:rPr>
          <w:rFonts w:cs="Times New Roman"/>
          <w:sz w:val="24"/>
          <w:szCs w:val="24"/>
        </w:rPr>
        <w:t xml:space="preserve"> bezatlīdzības lietošanā koplietošanas režīmā pašvaldības nekustamā īpašuma – Madonas pilsētas pirmsskolas izglītības iestādes "Priedīte" Valmieras ielā 17, Madonā (ēkas kadastra apzīmējums 7001 001 0141 9001) 1. stāva telpas </w:t>
      </w:r>
      <w:bookmarkStart w:id="0" w:name="_Hlk238540125"/>
      <w:r w:rsidRPr="004624CA">
        <w:rPr>
          <w:rFonts w:cs="Times New Roman"/>
          <w:sz w:val="24"/>
          <w:szCs w:val="24"/>
        </w:rPr>
        <w:t>Nr. 44 (52,8 m²), Nr. 43 (10,4 m²), Nr. 46 (7,9 m²), Nr. 47 (7,4 m²), Nr. 48</w:t>
      </w:r>
      <w:bookmarkEnd w:id="0"/>
      <w:r w:rsidRPr="004624CA">
        <w:rPr>
          <w:rFonts w:cs="Times New Roman"/>
          <w:sz w:val="24"/>
          <w:szCs w:val="24"/>
        </w:rPr>
        <w:t xml:space="preserve"> (30,9 m²), </w:t>
      </w:r>
      <w:proofErr w:type="spellStart"/>
      <w:r w:rsidRPr="004624CA">
        <w:rPr>
          <w:rFonts w:cs="Times New Roman"/>
          <w:sz w:val="24"/>
          <w:szCs w:val="24"/>
        </w:rPr>
        <w:t>ar</w:t>
      </w:r>
      <w:proofErr w:type="spellEnd"/>
      <w:r w:rsidRPr="004624CA">
        <w:rPr>
          <w:rFonts w:cs="Times New Roman"/>
          <w:sz w:val="24"/>
          <w:szCs w:val="24"/>
        </w:rPr>
        <w:t xml:space="preserve"> </w:t>
      </w:r>
      <w:proofErr w:type="spellStart"/>
      <w:r w:rsidRPr="004624CA">
        <w:rPr>
          <w:rFonts w:cs="Times New Roman"/>
          <w:sz w:val="24"/>
          <w:szCs w:val="24"/>
        </w:rPr>
        <w:t>kopējo</w:t>
      </w:r>
      <w:proofErr w:type="spellEnd"/>
      <w:r w:rsidRPr="004624CA">
        <w:rPr>
          <w:rFonts w:cs="Times New Roman"/>
          <w:sz w:val="24"/>
          <w:szCs w:val="24"/>
        </w:rPr>
        <w:t xml:space="preserve"> </w:t>
      </w:r>
      <w:proofErr w:type="spellStart"/>
      <w:r w:rsidRPr="004624CA">
        <w:rPr>
          <w:rFonts w:cs="Times New Roman"/>
          <w:sz w:val="24"/>
          <w:szCs w:val="24"/>
        </w:rPr>
        <w:t>platību</w:t>
      </w:r>
      <w:proofErr w:type="spellEnd"/>
      <w:r w:rsidRPr="004624CA">
        <w:rPr>
          <w:rFonts w:cs="Times New Roman"/>
          <w:sz w:val="24"/>
          <w:szCs w:val="24"/>
        </w:rPr>
        <w:t xml:space="preserve"> 1</w:t>
      </w:r>
      <w:r w:rsidR="004624CA">
        <w:rPr>
          <w:rFonts w:cs="Times New Roman"/>
          <w:sz w:val="24"/>
          <w:szCs w:val="24"/>
        </w:rPr>
        <w:t>09</w:t>
      </w:r>
      <w:r w:rsidRPr="004624CA">
        <w:rPr>
          <w:rFonts w:cs="Times New Roman"/>
          <w:sz w:val="24"/>
          <w:szCs w:val="24"/>
        </w:rPr>
        <w:t>,4 m² (</w:t>
      </w:r>
      <w:proofErr w:type="spellStart"/>
      <w:r w:rsidRPr="004624CA">
        <w:rPr>
          <w:rFonts w:cs="Times New Roman"/>
          <w:sz w:val="24"/>
          <w:szCs w:val="24"/>
        </w:rPr>
        <w:t>turpmāk</w:t>
      </w:r>
      <w:proofErr w:type="spellEnd"/>
      <w:r w:rsidRPr="004624CA">
        <w:rPr>
          <w:rFonts w:cs="Times New Roman"/>
          <w:sz w:val="24"/>
          <w:szCs w:val="24"/>
        </w:rPr>
        <w:t xml:space="preserve"> – </w:t>
      </w:r>
      <w:proofErr w:type="spellStart"/>
      <w:r w:rsidRPr="004624CA">
        <w:rPr>
          <w:rFonts w:cs="Times New Roman"/>
          <w:sz w:val="24"/>
          <w:szCs w:val="24"/>
        </w:rPr>
        <w:t>Objekts</w:t>
      </w:r>
      <w:proofErr w:type="spellEnd"/>
      <w:r w:rsidRPr="004624CA">
        <w:rPr>
          <w:rFonts w:cs="Times New Roman"/>
          <w:sz w:val="24"/>
          <w:szCs w:val="24"/>
        </w:rPr>
        <w:t>).</w:t>
      </w:r>
    </w:p>
    <w:p w14:paraId="76B9AA8B" w14:textId="310724B4" w:rsidR="00E644B0" w:rsidRPr="004624CA" w:rsidRDefault="00DB3176" w:rsidP="00322741">
      <w:pPr>
        <w:pStyle w:val="Sarakstarindkopa"/>
        <w:numPr>
          <w:ilvl w:val="0"/>
          <w:numId w:val="13"/>
        </w:numPr>
        <w:spacing w:after="0" w:line="240" w:lineRule="auto"/>
        <w:jc w:val="both"/>
        <w:rPr>
          <w:rFonts w:cs="Times New Roman"/>
          <w:sz w:val="24"/>
          <w:szCs w:val="24"/>
        </w:rPr>
      </w:pPr>
      <w:proofErr w:type="spellStart"/>
      <w:r w:rsidRPr="004624CA">
        <w:rPr>
          <w:rFonts w:cs="Times New Roman"/>
          <w:sz w:val="24"/>
          <w:szCs w:val="24"/>
        </w:rPr>
        <w:t>Puses</w:t>
      </w:r>
      <w:proofErr w:type="spellEnd"/>
      <w:r w:rsidRPr="004624CA">
        <w:rPr>
          <w:rFonts w:cs="Times New Roman"/>
          <w:sz w:val="24"/>
          <w:szCs w:val="24"/>
        </w:rPr>
        <w:t xml:space="preserve"> </w:t>
      </w:r>
      <w:proofErr w:type="spellStart"/>
      <w:r w:rsidRPr="004624CA">
        <w:rPr>
          <w:rFonts w:cs="Times New Roman"/>
          <w:sz w:val="24"/>
          <w:szCs w:val="24"/>
        </w:rPr>
        <w:t>apliecina</w:t>
      </w:r>
      <w:proofErr w:type="spellEnd"/>
      <w:r w:rsidRPr="004624CA">
        <w:rPr>
          <w:rFonts w:cs="Times New Roman"/>
          <w:sz w:val="24"/>
          <w:szCs w:val="24"/>
        </w:rPr>
        <w:t xml:space="preserve">, ka </w:t>
      </w:r>
      <w:proofErr w:type="spellStart"/>
      <w:r w:rsidRPr="004624CA">
        <w:rPr>
          <w:rFonts w:cs="Times New Roman"/>
          <w:sz w:val="24"/>
          <w:szCs w:val="24"/>
        </w:rPr>
        <w:t>Objekts</w:t>
      </w:r>
      <w:proofErr w:type="spellEnd"/>
      <w:r w:rsidRPr="004624CA">
        <w:rPr>
          <w:rFonts w:cs="Times New Roman"/>
          <w:sz w:val="24"/>
          <w:szCs w:val="24"/>
        </w:rPr>
        <w:t xml:space="preserve"> </w:t>
      </w:r>
      <w:proofErr w:type="spellStart"/>
      <w:r w:rsidRPr="004624CA">
        <w:rPr>
          <w:rFonts w:cs="Times New Roman"/>
          <w:sz w:val="24"/>
          <w:szCs w:val="24"/>
        </w:rPr>
        <w:t>tā</w:t>
      </w:r>
      <w:proofErr w:type="spellEnd"/>
      <w:r w:rsidRPr="004624CA">
        <w:rPr>
          <w:rFonts w:cs="Times New Roman"/>
          <w:sz w:val="24"/>
          <w:szCs w:val="24"/>
        </w:rPr>
        <w:t xml:space="preserve"> </w:t>
      </w:r>
      <w:proofErr w:type="spellStart"/>
      <w:r w:rsidRPr="004624CA">
        <w:rPr>
          <w:rFonts w:cs="Times New Roman"/>
          <w:sz w:val="24"/>
          <w:szCs w:val="24"/>
        </w:rPr>
        <w:t>nodošanas</w:t>
      </w:r>
      <w:proofErr w:type="spellEnd"/>
      <w:r w:rsidRPr="004624CA">
        <w:rPr>
          <w:rFonts w:cs="Times New Roman"/>
          <w:sz w:val="24"/>
          <w:szCs w:val="24"/>
        </w:rPr>
        <w:t xml:space="preserve"> </w:t>
      </w:r>
      <w:proofErr w:type="spellStart"/>
      <w:r w:rsidRPr="004624CA">
        <w:rPr>
          <w:rFonts w:cs="Times New Roman"/>
          <w:sz w:val="24"/>
          <w:szCs w:val="24"/>
        </w:rPr>
        <w:t>brīdī</w:t>
      </w:r>
      <w:proofErr w:type="spellEnd"/>
      <w:r w:rsidRPr="004624CA">
        <w:rPr>
          <w:rFonts w:cs="Times New Roman"/>
          <w:sz w:val="24"/>
          <w:szCs w:val="24"/>
        </w:rPr>
        <w:t xml:space="preserve"> </w:t>
      </w:r>
      <w:proofErr w:type="spellStart"/>
      <w:r w:rsidRPr="004624CA">
        <w:rPr>
          <w:rFonts w:cs="Times New Roman"/>
          <w:sz w:val="24"/>
          <w:szCs w:val="24"/>
        </w:rPr>
        <w:t>ir</w:t>
      </w:r>
      <w:proofErr w:type="spellEnd"/>
      <w:r w:rsidRPr="004624CA">
        <w:rPr>
          <w:rFonts w:cs="Times New Roman"/>
          <w:sz w:val="24"/>
          <w:szCs w:val="24"/>
        </w:rPr>
        <w:t xml:space="preserve"> </w:t>
      </w:r>
      <w:proofErr w:type="spellStart"/>
      <w:r w:rsidR="004624CA">
        <w:rPr>
          <w:rFonts w:cs="Times New Roman"/>
          <w:sz w:val="24"/>
          <w:szCs w:val="24"/>
        </w:rPr>
        <w:t>labā</w:t>
      </w:r>
      <w:proofErr w:type="spellEnd"/>
      <w:r w:rsidRPr="004624CA">
        <w:rPr>
          <w:rFonts w:cs="Times New Roman"/>
          <w:sz w:val="24"/>
          <w:szCs w:val="24"/>
        </w:rPr>
        <w:t xml:space="preserve"> </w:t>
      </w:r>
      <w:proofErr w:type="spellStart"/>
      <w:r w:rsidRPr="004624CA">
        <w:rPr>
          <w:rFonts w:cs="Times New Roman"/>
          <w:sz w:val="24"/>
          <w:szCs w:val="24"/>
        </w:rPr>
        <w:t>tehniskā</w:t>
      </w:r>
      <w:proofErr w:type="spellEnd"/>
      <w:r w:rsidRPr="004624CA">
        <w:rPr>
          <w:rFonts w:cs="Times New Roman"/>
          <w:sz w:val="24"/>
          <w:szCs w:val="24"/>
        </w:rPr>
        <w:t xml:space="preserve"> un </w:t>
      </w:r>
      <w:proofErr w:type="spellStart"/>
      <w:r w:rsidRPr="004624CA">
        <w:rPr>
          <w:rFonts w:cs="Times New Roman"/>
          <w:sz w:val="24"/>
          <w:szCs w:val="24"/>
        </w:rPr>
        <w:t>vizuālā</w:t>
      </w:r>
      <w:proofErr w:type="spellEnd"/>
      <w:r w:rsidRPr="004624CA">
        <w:rPr>
          <w:rFonts w:cs="Times New Roman"/>
          <w:sz w:val="24"/>
          <w:szCs w:val="24"/>
        </w:rPr>
        <w:t xml:space="preserve"> </w:t>
      </w:r>
      <w:proofErr w:type="spellStart"/>
      <w:r w:rsidRPr="004624CA">
        <w:rPr>
          <w:rFonts w:cs="Times New Roman"/>
          <w:sz w:val="24"/>
          <w:szCs w:val="24"/>
        </w:rPr>
        <w:t>stāvoklī</w:t>
      </w:r>
      <w:proofErr w:type="spellEnd"/>
      <w:r w:rsidRPr="004624CA">
        <w:rPr>
          <w:rFonts w:cs="Times New Roman"/>
          <w:sz w:val="24"/>
          <w:szCs w:val="24"/>
        </w:rPr>
        <w:t xml:space="preserve"> un </w:t>
      </w:r>
      <w:proofErr w:type="spellStart"/>
      <w:r w:rsidRPr="004624CA">
        <w:rPr>
          <w:rFonts w:cs="Times New Roman"/>
          <w:sz w:val="24"/>
          <w:szCs w:val="24"/>
        </w:rPr>
        <w:t>ir</w:t>
      </w:r>
      <w:proofErr w:type="spellEnd"/>
      <w:r w:rsidRPr="004624CA">
        <w:rPr>
          <w:rFonts w:cs="Times New Roman"/>
          <w:sz w:val="24"/>
          <w:szCs w:val="24"/>
        </w:rPr>
        <w:t xml:space="preserve"> </w:t>
      </w:r>
      <w:proofErr w:type="spellStart"/>
      <w:r w:rsidRPr="004624CA">
        <w:rPr>
          <w:rFonts w:cs="Times New Roman"/>
          <w:sz w:val="24"/>
          <w:szCs w:val="24"/>
        </w:rPr>
        <w:t>piemērots</w:t>
      </w:r>
      <w:proofErr w:type="spellEnd"/>
      <w:r w:rsidRPr="004624CA">
        <w:rPr>
          <w:rFonts w:cs="Times New Roman"/>
          <w:sz w:val="24"/>
          <w:szCs w:val="24"/>
        </w:rPr>
        <w:t xml:space="preserve"> Līgumā paredzēto STEAM izglītības nodarbību, nometņu un pedagogu tālākizglītības mācību nodrošināšanai.</w:t>
      </w:r>
    </w:p>
    <w:p w14:paraId="4BD07F3F" w14:textId="25E03456" w:rsidR="00E644B0" w:rsidRPr="004624CA" w:rsidRDefault="00DB3176" w:rsidP="004624CA">
      <w:pPr>
        <w:pStyle w:val="Sarakstarindkopa"/>
        <w:numPr>
          <w:ilvl w:val="0"/>
          <w:numId w:val="13"/>
        </w:numPr>
        <w:spacing w:after="0" w:line="240" w:lineRule="auto"/>
        <w:rPr>
          <w:rFonts w:cs="Times New Roman"/>
          <w:sz w:val="24"/>
          <w:szCs w:val="24"/>
        </w:rPr>
      </w:pPr>
      <w:proofErr w:type="spellStart"/>
      <w:r w:rsidRPr="004624CA">
        <w:rPr>
          <w:rFonts w:cs="Times New Roman"/>
          <w:sz w:val="24"/>
          <w:szCs w:val="24"/>
        </w:rPr>
        <w:t>Piezīmes</w:t>
      </w:r>
      <w:proofErr w:type="spellEnd"/>
      <w:r w:rsidRPr="004624CA">
        <w:rPr>
          <w:rFonts w:cs="Times New Roman"/>
          <w:sz w:val="24"/>
          <w:szCs w:val="24"/>
        </w:rPr>
        <w:t xml:space="preserve"> un </w:t>
      </w:r>
      <w:proofErr w:type="spellStart"/>
      <w:r w:rsidRPr="004624CA">
        <w:rPr>
          <w:rFonts w:cs="Times New Roman"/>
          <w:sz w:val="24"/>
          <w:szCs w:val="24"/>
        </w:rPr>
        <w:t>konstatētie</w:t>
      </w:r>
      <w:proofErr w:type="spellEnd"/>
      <w:r w:rsidRPr="004624CA">
        <w:rPr>
          <w:rFonts w:cs="Times New Roman"/>
          <w:sz w:val="24"/>
          <w:szCs w:val="24"/>
        </w:rPr>
        <w:t xml:space="preserve"> </w:t>
      </w:r>
      <w:proofErr w:type="spellStart"/>
      <w:r w:rsidRPr="004624CA">
        <w:rPr>
          <w:rFonts w:cs="Times New Roman"/>
          <w:sz w:val="24"/>
          <w:szCs w:val="24"/>
        </w:rPr>
        <w:t>defekti</w:t>
      </w:r>
      <w:proofErr w:type="spellEnd"/>
      <w:r w:rsidRPr="004624CA">
        <w:rPr>
          <w:rFonts w:cs="Times New Roman"/>
          <w:sz w:val="24"/>
          <w:szCs w:val="24"/>
        </w:rPr>
        <w:t xml:space="preserve"> (ja tādi ir): ____________________________________________________________________________________________________________________________________________________________________________________.</w:t>
      </w:r>
    </w:p>
    <w:p w14:paraId="18AE6B55" w14:textId="6D60C9D5" w:rsidR="00E644B0" w:rsidRPr="004624CA" w:rsidRDefault="00DB3176" w:rsidP="004624CA">
      <w:pPr>
        <w:pStyle w:val="Sarakstarindkopa"/>
        <w:numPr>
          <w:ilvl w:val="0"/>
          <w:numId w:val="13"/>
        </w:numPr>
        <w:spacing w:before="240" w:line="240" w:lineRule="auto"/>
        <w:rPr>
          <w:rFonts w:cs="Times New Roman"/>
          <w:sz w:val="24"/>
          <w:szCs w:val="24"/>
        </w:rPr>
      </w:pPr>
      <w:proofErr w:type="spellStart"/>
      <w:r w:rsidRPr="004624CA">
        <w:rPr>
          <w:rFonts w:cs="Times New Roman"/>
          <w:sz w:val="24"/>
          <w:szCs w:val="24"/>
        </w:rPr>
        <w:t>Šis</w:t>
      </w:r>
      <w:proofErr w:type="spellEnd"/>
      <w:r w:rsidRPr="004624CA">
        <w:rPr>
          <w:rFonts w:cs="Times New Roman"/>
          <w:sz w:val="24"/>
          <w:szCs w:val="24"/>
        </w:rPr>
        <w:t xml:space="preserve"> </w:t>
      </w:r>
      <w:proofErr w:type="spellStart"/>
      <w:r w:rsidRPr="004624CA">
        <w:rPr>
          <w:rFonts w:cs="Times New Roman"/>
          <w:sz w:val="24"/>
          <w:szCs w:val="24"/>
        </w:rPr>
        <w:t>akts</w:t>
      </w:r>
      <w:proofErr w:type="spellEnd"/>
      <w:r w:rsidRPr="004624CA">
        <w:rPr>
          <w:rFonts w:cs="Times New Roman"/>
          <w:sz w:val="24"/>
          <w:szCs w:val="24"/>
        </w:rPr>
        <w:t xml:space="preserve"> </w:t>
      </w:r>
      <w:proofErr w:type="spellStart"/>
      <w:r w:rsidRPr="004624CA">
        <w:rPr>
          <w:rFonts w:cs="Times New Roman"/>
          <w:sz w:val="24"/>
          <w:szCs w:val="24"/>
        </w:rPr>
        <w:t>ir</w:t>
      </w:r>
      <w:proofErr w:type="spellEnd"/>
      <w:r w:rsidRPr="004624CA">
        <w:rPr>
          <w:rFonts w:cs="Times New Roman"/>
          <w:sz w:val="24"/>
          <w:szCs w:val="24"/>
        </w:rPr>
        <w:t xml:space="preserve"> </w:t>
      </w:r>
      <w:proofErr w:type="spellStart"/>
      <w:r w:rsidRPr="004624CA">
        <w:rPr>
          <w:rFonts w:cs="Times New Roman"/>
          <w:sz w:val="24"/>
          <w:szCs w:val="24"/>
        </w:rPr>
        <w:t>sastādīts</w:t>
      </w:r>
      <w:proofErr w:type="spellEnd"/>
      <w:r w:rsidRPr="004624CA">
        <w:rPr>
          <w:rFonts w:cs="Times New Roman"/>
          <w:sz w:val="24"/>
          <w:szCs w:val="24"/>
        </w:rPr>
        <w:t xml:space="preserve"> un parakstīts elektroniski un kļūst par Līguma neatņemamu sastāvdaļu no tā parakstīšanas brīža.</w:t>
      </w:r>
    </w:p>
    <w:p w14:paraId="76584E61" w14:textId="485CFCC9" w:rsidR="00E644B0" w:rsidRDefault="00DB3176" w:rsidP="00382BED">
      <w:pPr>
        <w:spacing w:before="240" w:line="240" w:lineRule="auto"/>
        <w:rPr>
          <w:rFonts w:cs="Times New Roman"/>
          <w:b/>
          <w:sz w:val="24"/>
          <w:szCs w:val="24"/>
        </w:rPr>
      </w:pPr>
      <w:r w:rsidRPr="002C50B6">
        <w:rPr>
          <w:rFonts w:cs="Times New Roman"/>
          <w:b/>
          <w:sz w:val="24"/>
          <w:szCs w:val="24"/>
        </w:rPr>
        <w:t>PUŠU REKVIZĪTI UN PARAKSTI:</w:t>
      </w:r>
    </w:p>
    <w:tbl>
      <w:tblPr>
        <w:tblW w:w="0" w:type="auto"/>
        <w:jc w:val="center"/>
        <w:tblLayout w:type="fixed"/>
        <w:tblLook w:val="04A0" w:firstRow="1" w:lastRow="0" w:firstColumn="1" w:lastColumn="0" w:noHBand="0" w:noVBand="1"/>
      </w:tblPr>
      <w:tblGrid>
        <w:gridCol w:w="5529"/>
        <w:gridCol w:w="4113"/>
      </w:tblGrid>
      <w:tr w:rsidR="00E644B0" w:rsidRPr="002C50B6" w14:paraId="2509AD9D" w14:textId="77777777" w:rsidTr="00382BED">
        <w:trPr>
          <w:jc w:val="center"/>
        </w:trPr>
        <w:tc>
          <w:tcPr>
            <w:tcW w:w="5529" w:type="dxa"/>
          </w:tcPr>
          <w:p w14:paraId="60D48858" w14:textId="77777777" w:rsidR="000E6D2E" w:rsidRPr="000E6D2E" w:rsidRDefault="00DB3176" w:rsidP="000E6D2E">
            <w:pPr>
              <w:spacing w:after="0" w:line="240" w:lineRule="auto"/>
              <w:rPr>
                <w:rFonts w:cs="Times New Roman"/>
                <w:sz w:val="24"/>
                <w:szCs w:val="24"/>
              </w:rPr>
            </w:pPr>
            <w:r w:rsidRPr="004624CA">
              <w:rPr>
                <w:rFonts w:cs="Times New Roman"/>
                <w:bCs/>
                <w:sz w:val="24"/>
                <w:szCs w:val="24"/>
              </w:rPr>
              <w:t>PAŠVALDĪBA</w:t>
            </w:r>
            <w:r w:rsidRPr="002C50B6">
              <w:rPr>
                <w:rFonts w:cs="Times New Roman"/>
                <w:b/>
                <w:sz w:val="24"/>
                <w:szCs w:val="24"/>
              </w:rPr>
              <w:t>:</w:t>
            </w:r>
            <w:r w:rsidRPr="002C50B6">
              <w:rPr>
                <w:rFonts w:cs="Times New Roman"/>
                <w:b/>
                <w:sz w:val="24"/>
                <w:szCs w:val="24"/>
              </w:rPr>
              <w:br/>
            </w:r>
            <w:r w:rsidRPr="004624CA">
              <w:rPr>
                <w:rFonts w:cs="Times New Roman"/>
                <w:b/>
                <w:bCs/>
                <w:sz w:val="24"/>
                <w:szCs w:val="24"/>
              </w:rPr>
              <w:t>Madonas novada pašvaldība</w:t>
            </w:r>
            <w:r w:rsidRPr="002C50B6">
              <w:rPr>
                <w:rFonts w:cs="Times New Roman"/>
                <w:sz w:val="24"/>
                <w:szCs w:val="24"/>
              </w:rPr>
              <w:br/>
            </w:r>
            <w:proofErr w:type="spellStart"/>
            <w:r w:rsidR="000E6D2E" w:rsidRPr="000E6D2E">
              <w:rPr>
                <w:rFonts w:cs="Times New Roman"/>
                <w:sz w:val="24"/>
                <w:szCs w:val="24"/>
              </w:rPr>
              <w:t>Reģistrācijas</w:t>
            </w:r>
            <w:proofErr w:type="spellEnd"/>
            <w:r w:rsidR="000E6D2E" w:rsidRPr="000E6D2E">
              <w:rPr>
                <w:rFonts w:cs="Times New Roman"/>
                <w:sz w:val="24"/>
                <w:szCs w:val="24"/>
              </w:rPr>
              <w:t xml:space="preserve"> Nr. 90000054572</w:t>
            </w:r>
          </w:p>
          <w:p w14:paraId="547F7D7F" w14:textId="77777777" w:rsidR="000E6D2E" w:rsidRPr="000E6D2E" w:rsidRDefault="000E6D2E" w:rsidP="000E6D2E">
            <w:pPr>
              <w:spacing w:after="0" w:line="240" w:lineRule="auto"/>
              <w:rPr>
                <w:rFonts w:cs="Times New Roman"/>
                <w:sz w:val="24"/>
                <w:szCs w:val="24"/>
              </w:rPr>
            </w:pPr>
            <w:proofErr w:type="spellStart"/>
            <w:r w:rsidRPr="000E6D2E">
              <w:rPr>
                <w:rFonts w:cs="Times New Roman"/>
                <w:sz w:val="24"/>
                <w:szCs w:val="24"/>
              </w:rPr>
              <w:t>Adrese</w:t>
            </w:r>
            <w:proofErr w:type="spellEnd"/>
            <w:r w:rsidRPr="000E6D2E">
              <w:rPr>
                <w:rFonts w:cs="Times New Roman"/>
                <w:sz w:val="24"/>
                <w:szCs w:val="24"/>
              </w:rPr>
              <w:t xml:space="preserve">: </w:t>
            </w:r>
            <w:proofErr w:type="spellStart"/>
            <w:r w:rsidRPr="000E6D2E">
              <w:rPr>
                <w:rFonts w:cs="Times New Roman"/>
                <w:sz w:val="24"/>
                <w:szCs w:val="24"/>
              </w:rPr>
              <w:t>Saieta</w:t>
            </w:r>
            <w:proofErr w:type="spellEnd"/>
            <w:r w:rsidRPr="000E6D2E">
              <w:rPr>
                <w:rFonts w:cs="Times New Roman"/>
                <w:sz w:val="24"/>
                <w:szCs w:val="24"/>
              </w:rPr>
              <w:t xml:space="preserve"> </w:t>
            </w:r>
            <w:proofErr w:type="spellStart"/>
            <w:r w:rsidRPr="000E6D2E">
              <w:rPr>
                <w:rFonts w:cs="Times New Roman"/>
                <w:sz w:val="24"/>
                <w:szCs w:val="24"/>
              </w:rPr>
              <w:t>laukums</w:t>
            </w:r>
            <w:proofErr w:type="spellEnd"/>
            <w:r w:rsidRPr="000E6D2E">
              <w:rPr>
                <w:rFonts w:cs="Times New Roman"/>
                <w:sz w:val="24"/>
                <w:szCs w:val="24"/>
              </w:rPr>
              <w:t xml:space="preserve"> 1, </w:t>
            </w:r>
            <w:proofErr w:type="spellStart"/>
            <w:r w:rsidRPr="000E6D2E">
              <w:rPr>
                <w:rFonts w:cs="Times New Roman"/>
                <w:sz w:val="24"/>
                <w:szCs w:val="24"/>
              </w:rPr>
              <w:t>Madona</w:t>
            </w:r>
            <w:proofErr w:type="spellEnd"/>
            <w:r w:rsidRPr="000E6D2E">
              <w:rPr>
                <w:rFonts w:cs="Times New Roman"/>
                <w:sz w:val="24"/>
                <w:szCs w:val="24"/>
              </w:rPr>
              <w:t>,</w:t>
            </w:r>
          </w:p>
          <w:p w14:paraId="6D350851" w14:textId="77777777" w:rsidR="00382BED" w:rsidRDefault="000E6D2E" w:rsidP="00382BED">
            <w:pPr>
              <w:spacing w:line="240" w:lineRule="auto"/>
              <w:rPr>
                <w:rFonts w:cs="Times New Roman"/>
                <w:sz w:val="24"/>
                <w:szCs w:val="24"/>
              </w:rPr>
            </w:pPr>
            <w:r w:rsidRPr="000E6D2E">
              <w:rPr>
                <w:rFonts w:cs="Times New Roman"/>
                <w:sz w:val="24"/>
                <w:szCs w:val="24"/>
              </w:rPr>
              <w:t xml:space="preserve">Madonas </w:t>
            </w:r>
            <w:proofErr w:type="spellStart"/>
            <w:r w:rsidRPr="000E6D2E">
              <w:rPr>
                <w:rFonts w:cs="Times New Roman"/>
                <w:sz w:val="24"/>
                <w:szCs w:val="24"/>
              </w:rPr>
              <w:t>novads</w:t>
            </w:r>
            <w:proofErr w:type="spellEnd"/>
            <w:r w:rsidRPr="000E6D2E">
              <w:rPr>
                <w:rFonts w:cs="Times New Roman"/>
                <w:sz w:val="24"/>
                <w:szCs w:val="24"/>
              </w:rPr>
              <w:t>, LV-4801</w:t>
            </w:r>
          </w:p>
          <w:p w14:paraId="6B53B35C" w14:textId="77777777" w:rsidR="00382BED" w:rsidRDefault="00382BED" w:rsidP="00382BED">
            <w:pPr>
              <w:spacing w:line="240" w:lineRule="auto"/>
              <w:rPr>
                <w:rFonts w:cs="Times New Roman"/>
                <w:sz w:val="24"/>
                <w:szCs w:val="24"/>
              </w:rPr>
            </w:pPr>
          </w:p>
          <w:p w14:paraId="34C3C96A" w14:textId="6C4B51E2" w:rsidR="00E644B0" w:rsidRPr="002C50B6" w:rsidRDefault="00DB3176" w:rsidP="00382BED">
            <w:pPr>
              <w:spacing w:line="240" w:lineRule="auto"/>
              <w:rPr>
                <w:rFonts w:cs="Times New Roman"/>
                <w:sz w:val="24"/>
                <w:szCs w:val="24"/>
              </w:rPr>
            </w:pPr>
            <w:r w:rsidRPr="002C50B6">
              <w:rPr>
                <w:rFonts w:cs="Times New Roman"/>
                <w:sz w:val="24"/>
                <w:szCs w:val="24"/>
              </w:rPr>
              <w:t xml:space="preserve">Madonas </w:t>
            </w:r>
            <w:r w:rsidR="004624CA">
              <w:rPr>
                <w:rFonts w:cs="Times New Roman"/>
                <w:sz w:val="24"/>
                <w:szCs w:val="24"/>
              </w:rPr>
              <w:t xml:space="preserve">novada </w:t>
            </w:r>
            <w:proofErr w:type="spellStart"/>
            <w:r w:rsidR="00933C6A" w:rsidRPr="00933C6A">
              <w:rPr>
                <w:rFonts w:cs="Times New Roman"/>
                <w:sz w:val="24"/>
                <w:szCs w:val="24"/>
              </w:rPr>
              <w:t>pašvaldības</w:t>
            </w:r>
            <w:proofErr w:type="spellEnd"/>
            <w:r w:rsidR="00933C6A" w:rsidRPr="00933C6A">
              <w:rPr>
                <w:rFonts w:cs="Times New Roman"/>
                <w:sz w:val="24"/>
                <w:szCs w:val="24"/>
              </w:rPr>
              <w:t xml:space="preserve"> </w:t>
            </w:r>
            <w:proofErr w:type="spellStart"/>
            <w:r w:rsidR="00933C6A" w:rsidRPr="00933C6A">
              <w:rPr>
                <w:rFonts w:cs="Times New Roman"/>
                <w:sz w:val="24"/>
                <w:szCs w:val="24"/>
              </w:rPr>
              <w:t>izpilddirektors</w:t>
            </w:r>
            <w:proofErr w:type="spellEnd"/>
            <w:r w:rsidRPr="002C50B6">
              <w:rPr>
                <w:rFonts w:cs="Times New Roman"/>
                <w:sz w:val="24"/>
                <w:szCs w:val="24"/>
              </w:rPr>
              <w:br/>
              <w:t>____________________</w:t>
            </w:r>
            <w:r w:rsidR="00933C6A">
              <w:rPr>
                <w:rFonts w:cs="Times New Roman"/>
                <w:sz w:val="24"/>
                <w:szCs w:val="24"/>
              </w:rPr>
              <w:softHyphen/>
            </w:r>
            <w:r w:rsidR="00933C6A">
              <w:rPr>
                <w:rFonts w:cs="Times New Roman"/>
                <w:sz w:val="24"/>
                <w:szCs w:val="24"/>
              </w:rPr>
              <w:softHyphen/>
            </w:r>
            <w:r w:rsidR="00933C6A">
              <w:rPr>
                <w:rFonts w:cs="Times New Roman"/>
                <w:sz w:val="24"/>
                <w:szCs w:val="24"/>
              </w:rPr>
              <w:softHyphen/>
              <w:t>_____</w:t>
            </w:r>
            <w:r w:rsidRPr="002C50B6">
              <w:rPr>
                <w:rFonts w:cs="Times New Roman"/>
                <w:sz w:val="24"/>
                <w:szCs w:val="24"/>
              </w:rPr>
              <w:t xml:space="preserve"> </w:t>
            </w:r>
            <w:r w:rsidR="00933C6A">
              <w:rPr>
                <w:rFonts w:cs="Times New Roman"/>
                <w:sz w:val="24"/>
                <w:szCs w:val="24"/>
              </w:rPr>
              <w:t>U. Fjodorovs</w:t>
            </w:r>
          </w:p>
        </w:tc>
        <w:tc>
          <w:tcPr>
            <w:tcW w:w="4113" w:type="dxa"/>
          </w:tcPr>
          <w:p w14:paraId="361B0156" w14:textId="77777777" w:rsidR="000E6D2E" w:rsidRPr="000E6D2E" w:rsidRDefault="00DB3176" w:rsidP="000E6D2E">
            <w:pPr>
              <w:spacing w:after="0" w:line="240" w:lineRule="auto"/>
              <w:rPr>
                <w:rFonts w:cs="Times New Roman"/>
                <w:sz w:val="24"/>
                <w:szCs w:val="24"/>
              </w:rPr>
            </w:pPr>
            <w:r w:rsidRPr="004624CA">
              <w:rPr>
                <w:rFonts w:cs="Times New Roman"/>
                <w:bCs/>
                <w:sz w:val="24"/>
                <w:szCs w:val="24"/>
              </w:rPr>
              <w:t>LIETOTĀJS</w:t>
            </w:r>
            <w:r w:rsidRPr="002C50B6">
              <w:rPr>
                <w:rFonts w:cs="Times New Roman"/>
                <w:b/>
                <w:sz w:val="24"/>
                <w:szCs w:val="24"/>
              </w:rPr>
              <w:t>:</w:t>
            </w:r>
            <w:r w:rsidRPr="002C50B6">
              <w:rPr>
                <w:rFonts w:cs="Times New Roman"/>
                <w:b/>
                <w:sz w:val="24"/>
                <w:szCs w:val="24"/>
              </w:rPr>
              <w:br/>
            </w:r>
            <w:r w:rsidRPr="004624CA">
              <w:rPr>
                <w:rFonts w:cs="Times New Roman"/>
                <w:b/>
                <w:bCs/>
                <w:sz w:val="24"/>
                <w:szCs w:val="24"/>
              </w:rPr>
              <w:t>SIA "EVO Group"</w:t>
            </w:r>
            <w:r w:rsidRPr="002C50B6">
              <w:rPr>
                <w:rFonts w:cs="Times New Roman"/>
                <w:sz w:val="24"/>
                <w:szCs w:val="24"/>
              </w:rPr>
              <w:br/>
            </w:r>
            <w:proofErr w:type="spellStart"/>
            <w:r w:rsidR="000E6D2E" w:rsidRPr="000E6D2E">
              <w:rPr>
                <w:rFonts w:cs="Times New Roman"/>
                <w:sz w:val="24"/>
                <w:szCs w:val="24"/>
              </w:rPr>
              <w:t>Reģistrācijas</w:t>
            </w:r>
            <w:proofErr w:type="spellEnd"/>
            <w:r w:rsidR="000E6D2E" w:rsidRPr="000E6D2E">
              <w:rPr>
                <w:rFonts w:cs="Times New Roman"/>
                <w:sz w:val="24"/>
                <w:szCs w:val="24"/>
              </w:rPr>
              <w:t xml:space="preserve"> Nr. 40203361341</w:t>
            </w:r>
          </w:p>
          <w:p w14:paraId="450F0015" w14:textId="77777777" w:rsidR="000E6D2E" w:rsidRPr="000E6D2E" w:rsidRDefault="000E6D2E" w:rsidP="000E6D2E">
            <w:pPr>
              <w:spacing w:after="0" w:line="240" w:lineRule="auto"/>
              <w:rPr>
                <w:rFonts w:cs="Times New Roman"/>
                <w:sz w:val="24"/>
                <w:szCs w:val="24"/>
              </w:rPr>
            </w:pPr>
            <w:proofErr w:type="spellStart"/>
            <w:r w:rsidRPr="000E6D2E">
              <w:rPr>
                <w:rFonts w:cs="Times New Roman"/>
                <w:sz w:val="24"/>
                <w:szCs w:val="24"/>
              </w:rPr>
              <w:t>Adrese</w:t>
            </w:r>
            <w:proofErr w:type="spellEnd"/>
            <w:r w:rsidRPr="000E6D2E">
              <w:rPr>
                <w:rFonts w:cs="Times New Roman"/>
                <w:sz w:val="24"/>
                <w:szCs w:val="24"/>
              </w:rPr>
              <w:t xml:space="preserve">: </w:t>
            </w:r>
            <w:proofErr w:type="spellStart"/>
            <w:r w:rsidRPr="000E6D2E">
              <w:rPr>
                <w:rFonts w:cs="Times New Roman"/>
                <w:sz w:val="24"/>
                <w:szCs w:val="24"/>
              </w:rPr>
              <w:t>Avotkalnu</w:t>
            </w:r>
            <w:proofErr w:type="spellEnd"/>
            <w:r w:rsidRPr="000E6D2E">
              <w:rPr>
                <w:rFonts w:cs="Times New Roman"/>
                <w:sz w:val="24"/>
                <w:szCs w:val="24"/>
              </w:rPr>
              <w:t xml:space="preserve"> </w:t>
            </w:r>
            <w:proofErr w:type="spellStart"/>
            <w:r w:rsidRPr="000E6D2E">
              <w:rPr>
                <w:rFonts w:cs="Times New Roman"/>
                <w:sz w:val="24"/>
                <w:szCs w:val="24"/>
              </w:rPr>
              <w:t>iela</w:t>
            </w:r>
            <w:proofErr w:type="spellEnd"/>
            <w:r w:rsidRPr="000E6D2E">
              <w:rPr>
                <w:rFonts w:cs="Times New Roman"/>
                <w:sz w:val="24"/>
                <w:szCs w:val="24"/>
              </w:rPr>
              <w:t xml:space="preserve"> 13, </w:t>
            </w:r>
            <w:proofErr w:type="spellStart"/>
            <w:r w:rsidRPr="000E6D2E">
              <w:rPr>
                <w:rFonts w:cs="Times New Roman"/>
                <w:sz w:val="24"/>
                <w:szCs w:val="24"/>
              </w:rPr>
              <w:t>Inčukalns</w:t>
            </w:r>
            <w:proofErr w:type="spellEnd"/>
            <w:r w:rsidRPr="000E6D2E">
              <w:rPr>
                <w:rFonts w:cs="Times New Roman"/>
                <w:sz w:val="24"/>
                <w:szCs w:val="24"/>
              </w:rPr>
              <w:t>,</w:t>
            </w:r>
          </w:p>
          <w:p w14:paraId="7A7C3E6E" w14:textId="77777777" w:rsidR="00382BED" w:rsidRDefault="000E6D2E" w:rsidP="00382BED">
            <w:pPr>
              <w:spacing w:line="240" w:lineRule="auto"/>
              <w:rPr>
                <w:rFonts w:cs="Times New Roman"/>
                <w:sz w:val="24"/>
                <w:szCs w:val="24"/>
              </w:rPr>
            </w:pPr>
            <w:proofErr w:type="spellStart"/>
            <w:r w:rsidRPr="000E6D2E">
              <w:rPr>
                <w:rFonts w:cs="Times New Roman"/>
                <w:sz w:val="24"/>
                <w:szCs w:val="24"/>
              </w:rPr>
              <w:t>Inčukalna</w:t>
            </w:r>
            <w:proofErr w:type="spellEnd"/>
            <w:r w:rsidRPr="000E6D2E">
              <w:rPr>
                <w:rFonts w:cs="Times New Roman"/>
                <w:sz w:val="24"/>
                <w:szCs w:val="24"/>
              </w:rPr>
              <w:t xml:space="preserve"> </w:t>
            </w:r>
            <w:proofErr w:type="spellStart"/>
            <w:r w:rsidRPr="000E6D2E">
              <w:rPr>
                <w:rFonts w:cs="Times New Roman"/>
                <w:sz w:val="24"/>
                <w:szCs w:val="24"/>
              </w:rPr>
              <w:t>pag</w:t>
            </w:r>
            <w:proofErr w:type="spellEnd"/>
            <w:r w:rsidRPr="000E6D2E">
              <w:rPr>
                <w:rFonts w:cs="Times New Roman"/>
                <w:sz w:val="24"/>
                <w:szCs w:val="24"/>
              </w:rPr>
              <w:t xml:space="preserve">., </w:t>
            </w:r>
            <w:proofErr w:type="spellStart"/>
            <w:r w:rsidRPr="000E6D2E">
              <w:rPr>
                <w:rFonts w:cs="Times New Roman"/>
                <w:sz w:val="24"/>
                <w:szCs w:val="24"/>
              </w:rPr>
              <w:t>Siguldas</w:t>
            </w:r>
            <w:proofErr w:type="spellEnd"/>
            <w:r w:rsidRPr="000E6D2E">
              <w:rPr>
                <w:rFonts w:cs="Times New Roman"/>
                <w:sz w:val="24"/>
                <w:szCs w:val="24"/>
              </w:rPr>
              <w:t xml:space="preserve"> </w:t>
            </w:r>
            <w:proofErr w:type="spellStart"/>
            <w:r w:rsidRPr="000E6D2E">
              <w:rPr>
                <w:rFonts w:cs="Times New Roman"/>
                <w:sz w:val="24"/>
                <w:szCs w:val="24"/>
              </w:rPr>
              <w:t>nov.</w:t>
            </w:r>
            <w:proofErr w:type="spellEnd"/>
            <w:r w:rsidRPr="000E6D2E">
              <w:rPr>
                <w:rFonts w:cs="Times New Roman"/>
                <w:sz w:val="24"/>
                <w:szCs w:val="24"/>
              </w:rPr>
              <w:t>, LV-2141</w:t>
            </w:r>
            <w:r w:rsidRPr="002C50B6">
              <w:rPr>
                <w:rFonts w:cs="Times New Roman"/>
                <w:sz w:val="24"/>
                <w:szCs w:val="24"/>
              </w:rPr>
              <w:br/>
            </w:r>
          </w:p>
          <w:p w14:paraId="5612A9D1" w14:textId="0AFBD738" w:rsidR="00E644B0" w:rsidRPr="002C50B6" w:rsidRDefault="00DB3176" w:rsidP="000E6D2E">
            <w:pPr>
              <w:spacing w:after="0" w:line="240" w:lineRule="auto"/>
              <w:rPr>
                <w:rFonts w:cs="Times New Roman"/>
                <w:sz w:val="24"/>
                <w:szCs w:val="24"/>
              </w:rPr>
            </w:pPr>
            <w:r w:rsidRPr="002C50B6">
              <w:rPr>
                <w:rFonts w:cs="Times New Roman"/>
                <w:sz w:val="24"/>
                <w:szCs w:val="24"/>
              </w:rPr>
              <w:t xml:space="preserve">Valdes </w:t>
            </w:r>
            <w:proofErr w:type="spellStart"/>
            <w:r w:rsidRPr="002C50B6">
              <w:rPr>
                <w:rFonts w:cs="Times New Roman"/>
                <w:sz w:val="24"/>
                <w:szCs w:val="24"/>
              </w:rPr>
              <w:t>priekšsēdētāja</w:t>
            </w:r>
            <w:proofErr w:type="spellEnd"/>
            <w:r w:rsidRPr="002C50B6">
              <w:rPr>
                <w:rFonts w:cs="Times New Roman"/>
                <w:sz w:val="24"/>
                <w:szCs w:val="24"/>
              </w:rPr>
              <w:br/>
            </w:r>
            <w:r w:rsidRPr="002C50B6">
              <w:rPr>
                <w:rFonts w:cs="Times New Roman"/>
                <w:sz w:val="24"/>
                <w:szCs w:val="24"/>
              </w:rPr>
              <w:t>_______________ L. Liepiņa</w:t>
            </w:r>
          </w:p>
        </w:tc>
      </w:tr>
    </w:tbl>
    <w:p w14:paraId="7F562F15" w14:textId="0EE63A75" w:rsidR="00E644B0" w:rsidRPr="002C50B6" w:rsidRDefault="00E644B0" w:rsidP="00382BED">
      <w:pPr>
        <w:spacing w:before="360" w:after="0" w:line="240" w:lineRule="auto"/>
        <w:rPr>
          <w:rFonts w:cs="Times New Roman"/>
          <w:sz w:val="24"/>
          <w:szCs w:val="24"/>
        </w:rPr>
      </w:pPr>
    </w:p>
    <w:sectPr w:rsidR="00E644B0" w:rsidRPr="002C50B6" w:rsidSect="002C50B6">
      <w:footerReference w:type="default" r:id="rId11"/>
      <w:pgSz w:w="12240" w:h="15840"/>
      <w:pgMar w:top="851"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42E0D" w14:textId="77777777" w:rsidR="00527166" w:rsidRDefault="00527166" w:rsidP="00D61362">
      <w:pPr>
        <w:spacing w:after="0" w:line="240" w:lineRule="auto"/>
      </w:pPr>
      <w:r>
        <w:separator/>
      </w:r>
    </w:p>
  </w:endnote>
  <w:endnote w:type="continuationSeparator" w:id="0">
    <w:p w14:paraId="695E6C07" w14:textId="77777777" w:rsidR="00527166" w:rsidRDefault="00527166" w:rsidP="00D61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BCDCE" w14:textId="7310FD3E" w:rsidR="00D61362" w:rsidRPr="00D61362" w:rsidRDefault="00D61362" w:rsidP="00D61362">
    <w:pPr>
      <w:pStyle w:val="Kjene"/>
      <w:jc w:val="center"/>
      <w:rPr>
        <w:sz w:val="20"/>
        <w:szCs w:val="20"/>
        <w:lang w:val="lv-LV"/>
      </w:rPr>
    </w:pPr>
    <w:r w:rsidRPr="00D61362">
      <w:rPr>
        <w:sz w:val="20"/>
        <w:szCs w:val="20"/>
        <w:lang w:val="lv-LV"/>
      </w:rPr>
      <w:t>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71DD2" w14:textId="77777777" w:rsidR="00527166" w:rsidRDefault="00527166" w:rsidP="00D61362">
      <w:pPr>
        <w:spacing w:after="0" w:line="240" w:lineRule="auto"/>
      </w:pPr>
      <w:r>
        <w:separator/>
      </w:r>
    </w:p>
  </w:footnote>
  <w:footnote w:type="continuationSeparator" w:id="0">
    <w:p w14:paraId="52386548" w14:textId="77777777" w:rsidR="00527166" w:rsidRDefault="00527166" w:rsidP="00D613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arakstanumur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arakstaaizzm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arakstaaizzm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arakstanumur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arakstaaizzme"/>
      <w:lvlText w:val=""/>
      <w:lvlJc w:val="left"/>
      <w:pPr>
        <w:tabs>
          <w:tab w:val="num" w:pos="360"/>
        </w:tabs>
        <w:ind w:left="360" w:hanging="360"/>
      </w:pPr>
      <w:rPr>
        <w:rFonts w:ascii="Symbol" w:hAnsi="Symbol" w:hint="default"/>
      </w:rPr>
    </w:lvl>
  </w:abstractNum>
  <w:abstractNum w:abstractNumId="9" w15:restartNumberingAfterBreak="0">
    <w:nsid w:val="0A2D0691"/>
    <w:multiLevelType w:val="hybridMultilevel"/>
    <w:tmpl w:val="141E42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9E28B8"/>
    <w:multiLevelType w:val="hybridMultilevel"/>
    <w:tmpl w:val="8DBA8F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F401CC"/>
    <w:multiLevelType w:val="multilevel"/>
    <w:tmpl w:val="0E482206"/>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193315C"/>
    <w:multiLevelType w:val="hybridMultilevel"/>
    <w:tmpl w:val="240AF7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1841385">
    <w:abstractNumId w:val="8"/>
  </w:num>
  <w:num w:numId="2" w16cid:durableId="1012030746">
    <w:abstractNumId w:val="6"/>
  </w:num>
  <w:num w:numId="3" w16cid:durableId="155996678">
    <w:abstractNumId w:val="5"/>
  </w:num>
  <w:num w:numId="4" w16cid:durableId="949164535">
    <w:abstractNumId w:val="4"/>
  </w:num>
  <w:num w:numId="5" w16cid:durableId="2031759080">
    <w:abstractNumId w:val="7"/>
  </w:num>
  <w:num w:numId="6" w16cid:durableId="1960214487">
    <w:abstractNumId w:val="3"/>
  </w:num>
  <w:num w:numId="7" w16cid:durableId="1847556300">
    <w:abstractNumId w:val="2"/>
  </w:num>
  <w:num w:numId="8" w16cid:durableId="124735171">
    <w:abstractNumId w:val="1"/>
  </w:num>
  <w:num w:numId="9" w16cid:durableId="1549337697">
    <w:abstractNumId w:val="0"/>
  </w:num>
  <w:num w:numId="10" w16cid:durableId="1001859394">
    <w:abstractNumId w:val="9"/>
  </w:num>
  <w:num w:numId="11" w16cid:durableId="1159228414">
    <w:abstractNumId w:val="11"/>
  </w:num>
  <w:num w:numId="12" w16cid:durableId="1952474092">
    <w:abstractNumId w:val="10"/>
  </w:num>
  <w:num w:numId="13" w16cid:durableId="3189671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6D2E"/>
    <w:rsid w:val="0015074B"/>
    <w:rsid w:val="001A16AE"/>
    <w:rsid w:val="0029639D"/>
    <w:rsid w:val="002C50B6"/>
    <w:rsid w:val="00322741"/>
    <w:rsid w:val="00326F90"/>
    <w:rsid w:val="00382BED"/>
    <w:rsid w:val="004624CA"/>
    <w:rsid w:val="00527166"/>
    <w:rsid w:val="005B6AD4"/>
    <w:rsid w:val="005D47A0"/>
    <w:rsid w:val="00634553"/>
    <w:rsid w:val="007558AC"/>
    <w:rsid w:val="0083513D"/>
    <w:rsid w:val="00933C6A"/>
    <w:rsid w:val="009E0A25"/>
    <w:rsid w:val="00AA1D8D"/>
    <w:rsid w:val="00AC2393"/>
    <w:rsid w:val="00AF4801"/>
    <w:rsid w:val="00B47730"/>
    <w:rsid w:val="00CB0664"/>
    <w:rsid w:val="00D61362"/>
    <w:rsid w:val="00DA56BF"/>
    <w:rsid w:val="00DB3176"/>
    <w:rsid w:val="00E008A8"/>
    <w:rsid w:val="00E140C7"/>
    <w:rsid w:val="00E26374"/>
    <w:rsid w:val="00E644B0"/>
    <w:rsid w:val="00FC4734"/>
    <w:rsid w:val="00FC693F"/>
    <w:rsid w:val="00FC78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CBFF86"/>
  <w14:defaultImageDpi w14:val="300"/>
  <w15:docId w15:val="{F829D674-38A4-44C6-8867-D94B54BD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693F"/>
    <w:pPr>
      <w:spacing w:after="80"/>
    </w:pPr>
    <w:rPr>
      <w:rFonts w:ascii="Times New Roman" w:hAnsi="Times New Roman"/>
    </w:rPr>
  </w:style>
  <w:style w:type="paragraph" w:styleId="Virsraksts1">
    <w:name w:val="heading 1"/>
    <w:basedOn w:val="Parasts"/>
    <w:next w:val="Parasts"/>
    <w:link w:val="Virsraksts1Rakstz"/>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Virsraksts9">
    <w:name w:val="heading 9"/>
    <w:basedOn w:val="Parasts"/>
    <w:next w:val="Parasts"/>
    <w:link w:val="Virsraksts9Rakstz"/>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18B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618BF"/>
  </w:style>
  <w:style w:type="paragraph" w:styleId="Kjene">
    <w:name w:val="footer"/>
    <w:basedOn w:val="Parasts"/>
    <w:link w:val="KjeneRakstz"/>
    <w:uiPriority w:val="99"/>
    <w:unhideWhenUsed/>
    <w:rsid w:val="00E618B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618BF"/>
  </w:style>
  <w:style w:type="paragraph" w:styleId="Bezatstarpm">
    <w:name w:val="No Spacing"/>
    <w:uiPriority w:val="1"/>
    <w:qFormat/>
    <w:rsid w:val="00FC693F"/>
    <w:pPr>
      <w:spacing w:after="0" w:line="240" w:lineRule="auto"/>
    </w:pPr>
  </w:style>
  <w:style w:type="character" w:customStyle="1" w:styleId="Virsraksts1Rakstz">
    <w:name w:val="Virsraksts 1 Rakstz."/>
    <w:basedOn w:val="Noklusjumarindkopasfonts"/>
    <w:link w:val="Virsrakst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FC693F"/>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FC693F"/>
    <w:rPr>
      <w:rFonts w:asciiTheme="majorHAnsi" w:eastAsiaTheme="majorEastAsia" w:hAnsiTheme="majorHAnsi" w:cstheme="majorBidi"/>
      <w:b/>
      <w:bCs/>
      <w:color w:val="4F81BD" w:themeColor="accent1"/>
    </w:rPr>
  </w:style>
  <w:style w:type="paragraph" w:styleId="Nosaukums">
    <w:name w:val="Title"/>
    <w:basedOn w:val="Parasts"/>
    <w:next w:val="Parasts"/>
    <w:link w:val="NosaukumsRakstz"/>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FC693F"/>
    <w:rPr>
      <w:rFonts w:asciiTheme="majorHAnsi" w:eastAsiaTheme="majorEastAsia" w:hAnsiTheme="majorHAnsi" w:cstheme="majorBidi"/>
      <w:i/>
      <w:iCs/>
      <w:color w:val="4F81BD" w:themeColor="accent1"/>
      <w:spacing w:val="15"/>
      <w:sz w:val="24"/>
      <w:szCs w:val="24"/>
    </w:rPr>
  </w:style>
  <w:style w:type="paragraph" w:styleId="Sarakstarindkopa">
    <w:name w:val="List Paragraph"/>
    <w:basedOn w:val="Parasts"/>
    <w:uiPriority w:val="34"/>
    <w:qFormat/>
    <w:rsid w:val="00FC693F"/>
    <w:pPr>
      <w:ind w:left="720"/>
      <w:contextualSpacing/>
    </w:pPr>
  </w:style>
  <w:style w:type="paragraph" w:styleId="Pamatteksts">
    <w:name w:val="Body Text"/>
    <w:basedOn w:val="Parasts"/>
    <w:link w:val="PamattekstsRakstz"/>
    <w:uiPriority w:val="99"/>
    <w:unhideWhenUsed/>
    <w:rsid w:val="00AA1D8D"/>
    <w:pPr>
      <w:spacing w:after="120"/>
    </w:pPr>
  </w:style>
  <w:style w:type="character" w:customStyle="1" w:styleId="PamattekstsRakstz">
    <w:name w:val="Pamatteksts Rakstz."/>
    <w:basedOn w:val="Noklusjumarindkopasfonts"/>
    <w:link w:val="Pamatteksts"/>
    <w:uiPriority w:val="99"/>
    <w:rsid w:val="00AA1D8D"/>
  </w:style>
  <w:style w:type="paragraph" w:styleId="Pamatteksts2">
    <w:name w:val="Body Text 2"/>
    <w:basedOn w:val="Parasts"/>
    <w:link w:val="Pamatteksts2Rakstz"/>
    <w:uiPriority w:val="99"/>
    <w:unhideWhenUsed/>
    <w:rsid w:val="00AA1D8D"/>
    <w:pPr>
      <w:spacing w:after="120" w:line="480" w:lineRule="auto"/>
    </w:pPr>
  </w:style>
  <w:style w:type="character" w:customStyle="1" w:styleId="Pamatteksts2Rakstz">
    <w:name w:val="Pamatteksts 2 Rakstz."/>
    <w:basedOn w:val="Noklusjumarindkopasfonts"/>
    <w:link w:val="Pamatteksts2"/>
    <w:uiPriority w:val="99"/>
    <w:rsid w:val="00AA1D8D"/>
  </w:style>
  <w:style w:type="paragraph" w:styleId="Pamatteksts3">
    <w:name w:val="Body Text 3"/>
    <w:basedOn w:val="Parasts"/>
    <w:link w:val="Pamatteksts3Rakstz"/>
    <w:uiPriority w:val="99"/>
    <w:unhideWhenUsed/>
    <w:rsid w:val="00AA1D8D"/>
    <w:pPr>
      <w:spacing w:after="120"/>
    </w:pPr>
    <w:rPr>
      <w:sz w:val="16"/>
      <w:szCs w:val="16"/>
    </w:rPr>
  </w:style>
  <w:style w:type="character" w:customStyle="1" w:styleId="Pamatteksts3Rakstz">
    <w:name w:val="Pamatteksts 3 Rakstz."/>
    <w:basedOn w:val="Noklusjumarindkopasfonts"/>
    <w:link w:val="Pamatteksts3"/>
    <w:uiPriority w:val="99"/>
    <w:rsid w:val="00AA1D8D"/>
    <w:rPr>
      <w:sz w:val="16"/>
      <w:szCs w:val="16"/>
    </w:rPr>
  </w:style>
  <w:style w:type="paragraph" w:styleId="Saraksts">
    <w:name w:val="List"/>
    <w:basedOn w:val="Parasts"/>
    <w:uiPriority w:val="99"/>
    <w:unhideWhenUsed/>
    <w:rsid w:val="00AA1D8D"/>
    <w:pPr>
      <w:ind w:left="360" w:hanging="360"/>
      <w:contextualSpacing/>
    </w:pPr>
  </w:style>
  <w:style w:type="paragraph" w:styleId="Saraksts2">
    <w:name w:val="List 2"/>
    <w:basedOn w:val="Parasts"/>
    <w:uiPriority w:val="99"/>
    <w:unhideWhenUsed/>
    <w:rsid w:val="00326F90"/>
    <w:pPr>
      <w:ind w:left="720" w:hanging="360"/>
      <w:contextualSpacing/>
    </w:pPr>
  </w:style>
  <w:style w:type="paragraph" w:styleId="Saraksts3">
    <w:name w:val="List 3"/>
    <w:basedOn w:val="Parasts"/>
    <w:uiPriority w:val="99"/>
    <w:unhideWhenUsed/>
    <w:rsid w:val="00326F90"/>
    <w:pPr>
      <w:ind w:left="1080" w:hanging="360"/>
      <w:contextualSpacing/>
    </w:pPr>
  </w:style>
  <w:style w:type="paragraph" w:styleId="Sarakstaaizzme">
    <w:name w:val="List Bullet"/>
    <w:basedOn w:val="Parasts"/>
    <w:uiPriority w:val="99"/>
    <w:unhideWhenUsed/>
    <w:rsid w:val="00326F90"/>
    <w:pPr>
      <w:numPr>
        <w:numId w:val="1"/>
      </w:numPr>
      <w:contextualSpacing/>
    </w:pPr>
  </w:style>
  <w:style w:type="paragraph" w:styleId="Sarakstaaizzme2">
    <w:name w:val="List Bullet 2"/>
    <w:basedOn w:val="Parasts"/>
    <w:uiPriority w:val="99"/>
    <w:unhideWhenUsed/>
    <w:rsid w:val="00326F90"/>
    <w:pPr>
      <w:numPr>
        <w:numId w:val="2"/>
      </w:numPr>
      <w:contextualSpacing/>
    </w:pPr>
  </w:style>
  <w:style w:type="paragraph" w:styleId="Sarakstaaizzme3">
    <w:name w:val="List Bullet 3"/>
    <w:basedOn w:val="Parasts"/>
    <w:uiPriority w:val="99"/>
    <w:unhideWhenUsed/>
    <w:rsid w:val="00326F90"/>
    <w:pPr>
      <w:numPr>
        <w:numId w:val="3"/>
      </w:numPr>
      <w:contextualSpacing/>
    </w:pPr>
  </w:style>
  <w:style w:type="paragraph" w:styleId="Sarakstanumurs">
    <w:name w:val="List Number"/>
    <w:basedOn w:val="Parasts"/>
    <w:uiPriority w:val="99"/>
    <w:unhideWhenUsed/>
    <w:rsid w:val="00326F90"/>
    <w:pPr>
      <w:numPr>
        <w:numId w:val="5"/>
      </w:numPr>
      <w:contextualSpacing/>
    </w:pPr>
  </w:style>
  <w:style w:type="paragraph" w:styleId="Sarakstanumurs2">
    <w:name w:val="List Number 2"/>
    <w:basedOn w:val="Parasts"/>
    <w:uiPriority w:val="99"/>
    <w:unhideWhenUsed/>
    <w:rsid w:val="0029639D"/>
    <w:pPr>
      <w:numPr>
        <w:numId w:val="6"/>
      </w:numPr>
      <w:contextualSpacing/>
    </w:pPr>
  </w:style>
  <w:style w:type="paragraph" w:styleId="Sarakstanumurs3">
    <w:name w:val="List Number 3"/>
    <w:basedOn w:val="Parasts"/>
    <w:uiPriority w:val="99"/>
    <w:unhideWhenUsed/>
    <w:rsid w:val="0029639D"/>
    <w:pPr>
      <w:numPr>
        <w:numId w:val="7"/>
      </w:numPr>
      <w:contextualSpacing/>
    </w:pPr>
  </w:style>
  <w:style w:type="paragraph" w:styleId="Sarakstaturpinjums">
    <w:name w:val="List Continue"/>
    <w:basedOn w:val="Parasts"/>
    <w:uiPriority w:val="99"/>
    <w:unhideWhenUsed/>
    <w:rsid w:val="0029639D"/>
    <w:pPr>
      <w:spacing w:after="120"/>
      <w:ind w:left="360"/>
      <w:contextualSpacing/>
    </w:pPr>
  </w:style>
  <w:style w:type="paragraph" w:styleId="Sarakstaturpinjums2">
    <w:name w:val="List Continue 2"/>
    <w:basedOn w:val="Parasts"/>
    <w:uiPriority w:val="99"/>
    <w:unhideWhenUsed/>
    <w:rsid w:val="0029639D"/>
    <w:pPr>
      <w:spacing w:after="120"/>
      <w:ind w:left="720"/>
      <w:contextualSpacing/>
    </w:pPr>
  </w:style>
  <w:style w:type="paragraph" w:styleId="Sarakstaturpinjums3">
    <w:name w:val="List Continue 3"/>
    <w:basedOn w:val="Parasts"/>
    <w:uiPriority w:val="99"/>
    <w:unhideWhenUsed/>
    <w:rsid w:val="0029639D"/>
    <w:pPr>
      <w:spacing w:after="120"/>
      <w:ind w:left="1080"/>
      <w:contextualSpacing/>
    </w:pPr>
  </w:style>
  <w:style w:type="paragraph" w:styleId="Makroteksts">
    <w:name w:val="macro"/>
    <w:link w:val="MakrotekstsRakstz"/>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sRakstz">
    <w:name w:val="Makro teksts Rakstz."/>
    <w:basedOn w:val="Noklusjumarindkopasfonts"/>
    <w:link w:val="Makroteksts"/>
    <w:uiPriority w:val="99"/>
    <w:rsid w:val="0029639D"/>
    <w:rPr>
      <w:rFonts w:ascii="Courier" w:hAnsi="Courier"/>
      <w:sz w:val="20"/>
      <w:szCs w:val="20"/>
    </w:rPr>
  </w:style>
  <w:style w:type="paragraph" w:styleId="Citts">
    <w:name w:val="Quote"/>
    <w:basedOn w:val="Parasts"/>
    <w:next w:val="Parasts"/>
    <w:link w:val="CittsRakstz"/>
    <w:uiPriority w:val="29"/>
    <w:qFormat/>
    <w:rsid w:val="00FC693F"/>
    <w:rPr>
      <w:i/>
      <w:iCs/>
      <w:color w:val="000000" w:themeColor="text1"/>
    </w:rPr>
  </w:style>
  <w:style w:type="character" w:customStyle="1" w:styleId="CittsRakstz">
    <w:name w:val="Citāts Rakstz."/>
    <w:basedOn w:val="Noklusjumarindkopasfonts"/>
    <w:link w:val="Citts"/>
    <w:uiPriority w:val="29"/>
    <w:rsid w:val="00FC693F"/>
    <w:rPr>
      <w:i/>
      <w:iCs/>
      <w:color w:val="000000" w:themeColor="text1"/>
    </w:rPr>
  </w:style>
  <w:style w:type="character" w:customStyle="1" w:styleId="Virsraksts4Rakstz">
    <w:name w:val="Virsraksts 4 Rakstz."/>
    <w:basedOn w:val="Noklusjumarindkopasfonts"/>
    <w:link w:val="Virsraksts4"/>
    <w:uiPriority w:val="9"/>
    <w:semiHidden/>
    <w:rsid w:val="00FC693F"/>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FC693F"/>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uiPriority w:val="9"/>
    <w:semiHidden/>
    <w:rsid w:val="00FC693F"/>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FC693F"/>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FC693F"/>
    <w:rPr>
      <w:rFonts w:asciiTheme="majorHAnsi" w:eastAsiaTheme="majorEastAsia" w:hAnsiTheme="majorHAnsi" w:cstheme="majorBidi"/>
      <w:color w:val="4F81BD" w:themeColor="accent1"/>
      <w:sz w:val="20"/>
      <w:szCs w:val="20"/>
    </w:rPr>
  </w:style>
  <w:style w:type="character" w:customStyle="1" w:styleId="Virsraksts9Rakstz">
    <w:name w:val="Virsraksts 9 Rakstz."/>
    <w:basedOn w:val="Noklusjumarindkopasfonts"/>
    <w:link w:val="Virsraksts9"/>
    <w:uiPriority w:val="9"/>
    <w:semiHidden/>
    <w:rsid w:val="00FC693F"/>
    <w:rPr>
      <w:rFonts w:asciiTheme="majorHAnsi" w:eastAsiaTheme="majorEastAsia" w:hAnsiTheme="majorHAnsi" w:cstheme="majorBidi"/>
      <w:i/>
      <w:iCs/>
      <w:color w:val="404040" w:themeColor="text1" w:themeTint="BF"/>
      <w:sz w:val="20"/>
      <w:szCs w:val="20"/>
    </w:rPr>
  </w:style>
  <w:style w:type="paragraph" w:styleId="Parakstszemobjekta">
    <w:name w:val="caption"/>
    <w:basedOn w:val="Parasts"/>
    <w:next w:val="Parasts"/>
    <w:uiPriority w:val="35"/>
    <w:semiHidden/>
    <w:unhideWhenUsed/>
    <w:qFormat/>
    <w:rsid w:val="00FC693F"/>
    <w:pPr>
      <w:spacing w:line="240" w:lineRule="auto"/>
    </w:pPr>
    <w:rPr>
      <w:b/>
      <w:bCs/>
      <w:color w:val="4F81BD" w:themeColor="accent1"/>
      <w:sz w:val="18"/>
      <w:szCs w:val="18"/>
    </w:rPr>
  </w:style>
  <w:style w:type="character" w:styleId="Izteiksmgs">
    <w:name w:val="Strong"/>
    <w:basedOn w:val="Noklusjumarindkopasfonts"/>
    <w:uiPriority w:val="22"/>
    <w:qFormat/>
    <w:rsid w:val="00FC693F"/>
    <w:rPr>
      <w:b/>
      <w:bCs/>
    </w:rPr>
  </w:style>
  <w:style w:type="character" w:styleId="Izclums">
    <w:name w:val="Emphasis"/>
    <w:basedOn w:val="Noklusjumarindkopasfonts"/>
    <w:uiPriority w:val="20"/>
    <w:qFormat/>
    <w:rsid w:val="00FC693F"/>
    <w:rPr>
      <w:i/>
      <w:iCs/>
    </w:rPr>
  </w:style>
  <w:style w:type="paragraph" w:styleId="Intensvscitts">
    <w:name w:val="Intense Quote"/>
    <w:basedOn w:val="Parasts"/>
    <w:next w:val="Parasts"/>
    <w:link w:val="IntensvscittsRakstz"/>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FC693F"/>
    <w:rPr>
      <w:b/>
      <w:bCs/>
      <w:i/>
      <w:iCs/>
      <w:color w:val="4F81BD" w:themeColor="accent1"/>
    </w:rPr>
  </w:style>
  <w:style w:type="character" w:styleId="Izsmalcintsizclums">
    <w:name w:val="Subtle Emphasis"/>
    <w:basedOn w:val="Noklusjumarindkopasfonts"/>
    <w:uiPriority w:val="19"/>
    <w:qFormat/>
    <w:rsid w:val="00FC693F"/>
    <w:rPr>
      <w:i/>
      <w:iCs/>
      <w:color w:val="808080" w:themeColor="text1" w:themeTint="7F"/>
    </w:rPr>
  </w:style>
  <w:style w:type="character" w:styleId="Intensvsizclums">
    <w:name w:val="Intense Emphasis"/>
    <w:basedOn w:val="Noklusjumarindkopasfonts"/>
    <w:uiPriority w:val="21"/>
    <w:qFormat/>
    <w:rsid w:val="00FC693F"/>
    <w:rPr>
      <w:b/>
      <w:bCs/>
      <w:i/>
      <w:iCs/>
      <w:color w:val="4F81BD" w:themeColor="accent1"/>
    </w:rPr>
  </w:style>
  <w:style w:type="character" w:styleId="Izsmalcintaatsauce">
    <w:name w:val="Subtle Reference"/>
    <w:basedOn w:val="Noklusjumarindkopasfonts"/>
    <w:uiPriority w:val="31"/>
    <w:qFormat/>
    <w:rsid w:val="00FC693F"/>
    <w:rPr>
      <w:smallCaps/>
      <w:color w:val="C0504D" w:themeColor="accent2"/>
      <w:u w:val="single"/>
    </w:rPr>
  </w:style>
  <w:style w:type="character" w:styleId="Intensvaatsauce">
    <w:name w:val="Intense Reference"/>
    <w:basedOn w:val="Noklusjumarindkopasfonts"/>
    <w:uiPriority w:val="32"/>
    <w:qFormat/>
    <w:rsid w:val="00FC693F"/>
    <w:rPr>
      <w:b/>
      <w:bCs/>
      <w:smallCaps/>
      <w:color w:val="C0504D" w:themeColor="accent2"/>
      <w:spacing w:val="5"/>
      <w:u w:val="single"/>
    </w:rPr>
  </w:style>
  <w:style w:type="character" w:styleId="Grmatasnosaukums">
    <w:name w:val="Book Title"/>
    <w:basedOn w:val="Noklusjumarindkopasfonts"/>
    <w:uiPriority w:val="33"/>
    <w:qFormat/>
    <w:rsid w:val="00FC693F"/>
    <w:rPr>
      <w:b/>
      <w:bCs/>
      <w:smallCaps/>
      <w:spacing w:val="5"/>
    </w:rPr>
  </w:style>
  <w:style w:type="paragraph" w:styleId="Saturardtjavirsraksts">
    <w:name w:val="TOC Heading"/>
    <w:basedOn w:val="Virsraksts1"/>
    <w:next w:val="Parasts"/>
    <w:uiPriority w:val="39"/>
    <w:semiHidden/>
    <w:unhideWhenUsed/>
    <w:qFormat/>
    <w:rsid w:val="00FC693F"/>
    <w:pPr>
      <w:outlineLvl w:val="9"/>
    </w:pPr>
  </w:style>
  <w:style w:type="table" w:styleId="Reatabula">
    <w:name w:val="Table Grid"/>
    <w:basedOn w:val="Parastatabu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nojumsizclums2">
    <w:name w:val="Light Shading Accent 2"/>
    <w:basedOn w:val="Parastatabu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aisnojumsizclums3">
    <w:name w:val="Light Shading Accent 3"/>
    <w:basedOn w:val="Parastatabu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aisnojumsizclums4">
    <w:name w:val="Light Shading Accent 4"/>
    <w:basedOn w:val="Parastatabu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aisnojumsizclums5">
    <w:name w:val="Light Shading Accent 5"/>
    <w:basedOn w:val="Parastatabu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aisnojumsizclums6">
    <w:name w:val="Light Shading Accent 6"/>
    <w:basedOn w:val="Parastatabu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aissaraksts">
    <w:name w:val="Light List"/>
    <w:basedOn w:val="Parastatabu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2">
    <w:name w:val="Light List Accent 2"/>
    <w:basedOn w:val="Parastatabu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aissarakstsizclums3">
    <w:name w:val="Light List Accent 3"/>
    <w:basedOn w:val="Parastatabu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aissarakstsizclums4">
    <w:name w:val="Light List Accent 4"/>
    <w:basedOn w:val="Parastatabu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aissarakstsizclums5">
    <w:name w:val="Light List Accent 5"/>
    <w:basedOn w:val="Parastatabu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aissarakstsizclums6">
    <w:name w:val="Light List Accent 6"/>
    <w:basedOn w:val="Parastatabu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aisreis">
    <w:name w:val="Light Grid"/>
    <w:basedOn w:val="Parastatabu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aisreisizclums2">
    <w:name w:val="Light Grid Accent 2"/>
    <w:basedOn w:val="Parastatabu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aisreisizclums3">
    <w:name w:val="Light Grid Accent 3"/>
    <w:basedOn w:val="Parastatabu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aisreisizclums4">
    <w:name w:val="Light Grid Accent 4"/>
    <w:basedOn w:val="Parastatabu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aisreisizclums5">
    <w:name w:val="Light Grid Accent 5"/>
    <w:basedOn w:val="Parastatabu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aisreisizclums6">
    <w:name w:val="Light Grid Accent 6"/>
    <w:basedOn w:val="Parastatabu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djsnojums1">
    <w:name w:val="Medium Shading 1"/>
    <w:basedOn w:val="Parastatabu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saraksts1">
    <w:name w:val="Medium List 1"/>
    <w:basedOn w:val="Parastatabu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Vidjssaraksts1izclums2">
    <w:name w:val="Medium List 1 Accent 2"/>
    <w:basedOn w:val="Parastatabu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Vidjssaraksts1izclums3">
    <w:name w:val="Medium List 1 Accent 3"/>
    <w:basedOn w:val="Parastatabu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Vidjssaraksts1izclums4">
    <w:name w:val="Medium List 1 Accent 4"/>
    <w:basedOn w:val="Parastatabu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Vidjssaraksts1izclums5">
    <w:name w:val="Medium List 1 Accent 5"/>
    <w:basedOn w:val="Parastatabu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Vidjssaraksts1izclums6">
    <w:name w:val="Medium List 1 Accent 6"/>
    <w:basedOn w:val="Parastatabu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Vidjssaraksts2">
    <w:name w:val="Medium Lis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
    <w:name w:val="Medium Grid 1"/>
    <w:basedOn w:val="Parastatabu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idjsreis1izclums2">
    <w:name w:val="Medium Grid 1 Accent 2"/>
    <w:basedOn w:val="Parastatabu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idjsreis1izclums3">
    <w:name w:val="Medium Grid 1 Accent 3"/>
    <w:basedOn w:val="Parastatabu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djsreis1izclums4">
    <w:name w:val="Medium Grid 1 Accent 4"/>
    <w:basedOn w:val="Parastatabu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idjsreis1izclums5">
    <w:name w:val="Medium Grid 1 Accent 5"/>
    <w:basedOn w:val="Parastatabu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idjsreis1izclums6">
    <w:name w:val="Medium Grid 1 Accent 6"/>
    <w:basedOn w:val="Parastatabu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idjsreis2">
    <w:name w:val="Medium Grid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2">
    <w:name w:val="Medium Grid 3 Accent 2"/>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Vidjsreis3izclums3">
    <w:name w:val="Medium Grid 3 Accent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reis3izclums5">
    <w:name w:val="Medium Grid 3 Accent 5"/>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Vidjsreis3izclums6">
    <w:name w:val="Medium Grid 3 Accent 6"/>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ssaraksts">
    <w:name w:val="Dark List"/>
    <w:basedOn w:val="Parastatabu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ssarakstsizclums2">
    <w:name w:val="Dark List Accent 2"/>
    <w:basedOn w:val="Parastatabu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ssarakstsizclums3">
    <w:name w:val="Dark List Accent 3"/>
    <w:basedOn w:val="Parastatabu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ssarakstsizclums4">
    <w:name w:val="Dark List Accent 4"/>
    <w:basedOn w:val="Parastatabu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ssarakstsizclums5">
    <w:name w:val="Dark List Accent 5"/>
    <w:basedOn w:val="Parastatabu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ssarakstsizclums6">
    <w:name w:val="Dark List Accent 6"/>
    <w:basedOn w:val="Parastatabu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rsainsnojums">
    <w:name w:val="Colorful Shading"/>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rsainsnojumsizclums4">
    <w:name w:val="Colorful Shading Accent 4"/>
    <w:basedOn w:val="Parastatabu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rsainssaraksts">
    <w:name w:val="Colorful List"/>
    <w:basedOn w:val="Parastatabu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rsainssarakstsizclums2">
    <w:name w:val="Colorful List Accent 2"/>
    <w:basedOn w:val="Parastatabu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rsainssarakstsizclums3">
    <w:name w:val="Colorful List Accent 3"/>
    <w:basedOn w:val="Parastatabu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rsainssarakstsizclums4">
    <w:name w:val="Colorful List Accent 4"/>
    <w:basedOn w:val="Parastatabu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rsainssarakstsizclums5">
    <w:name w:val="Colorful List Accent 5"/>
    <w:basedOn w:val="Parastatabu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rsainssarakstsizclums6">
    <w:name w:val="Colorful List Accent 6"/>
    <w:basedOn w:val="Parastatabu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rsainsreis">
    <w:name w:val="Colorful Grid"/>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rsainsreisizclums2">
    <w:name w:val="Colorful Grid Accent 2"/>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rsainsreisizclums3">
    <w:name w:val="Colorful Grid Accent 3"/>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rsainsreisizclums4">
    <w:name w:val="Colorful Grid Accent 4"/>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rsainsreisizclums5">
    <w:name w:val="Colorful Grid Accent 5"/>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rsainsreisizclums6">
    <w:name w:val="Colorful Grid Accent 6"/>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atabula1">
    <w:name w:val="Režģa tabula1"/>
    <w:basedOn w:val="Parastatabula"/>
    <w:next w:val="Reatabula"/>
    <w:uiPriority w:val="39"/>
    <w:rsid w:val="002C50B6"/>
    <w:pPr>
      <w:spacing w:after="0" w:line="240" w:lineRule="auto"/>
    </w:pPr>
    <w:rPr>
      <w:rFonts w:eastAsia="Calibri"/>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C78D3"/>
    <w:rPr>
      <w:color w:val="0000FF" w:themeColor="hyperlink"/>
      <w:u w:val="single"/>
    </w:rPr>
  </w:style>
  <w:style w:type="character" w:styleId="Neatrisintapieminana">
    <w:name w:val="Unresolved Mention"/>
    <w:basedOn w:val="Noklusjumarindkopasfonts"/>
    <w:uiPriority w:val="99"/>
    <w:semiHidden/>
    <w:unhideWhenUsed/>
    <w:rsid w:val="00FC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onaspriedite@madona.edu.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roboskola@roboskol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7932</Words>
  <Characters>4522</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12430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12</cp:revision>
  <dcterms:created xsi:type="dcterms:W3CDTF">2026-08-24T14:23:00Z</dcterms:created>
  <dcterms:modified xsi:type="dcterms:W3CDTF">2026-08-26T13:21:00Z</dcterms:modified>
  <cp:category/>
</cp:coreProperties>
</file>